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6E9" w:rsidRPr="00B55871" w:rsidRDefault="009F06E9" w:rsidP="009F06E9">
      <w:pPr>
        <w:spacing w:line="240" w:lineRule="auto"/>
        <w:jc w:val="center"/>
        <w:rPr>
          <w:rFonts w:ascii="Arial Black" w:hAnsi="Arial Black"/>
          <w:b/>
        </w:rPr>
      </w:pPr>
      <w:r w:rsidRPr="00B55871">
        <w:rPr>
          <w:rFonts w:ascii="Arial Black" w:hAnsi="Arial Black"/>
          <w:b/>
        </w:rPr>
        <w:t>KEYSTONE BRITISH ARTS AND SCIENCE HIGH SCHOOL</w:t>
      </w:r>
    </w:p>
    <w:p w:rsidR="009F06E9" w:rsidRDefault="009F06E9" w:rsidP="009F06E9">
      <w:pPr>
        <w:spacing w:line="240" w:lineRule="auto"/>
        <w:jc w:val="center"/>
        <w:rPr>
          <w:rFonts w:ascii="Arial Black" w:hAnsi="Arial Black"/>
        </w:rPr>
      </w:pPr>
      <w:r w:rsidRPr="00641378">
        <w:rPr>
          <w:rFonts w:ascii="Arial Black" w:hAnsi="Arial Black"/>
        </w:rPr>
        <w:t>FIRST TERM TEST ON FOR 2026/2027</w:t>
      </w:r>
      <w:r>
        <w:rPr>
          <w:rFonts w:ascii="Arial Black" w:hAnsi="Arial Black"/>
        </w:rPr>
        <w:t xml:space="preserve"> ACADEMIC</w:t>
      </w:r>
      <w:r w:rsidRPr="00641378">
        <w:rPr>
          <w:rFonts w:ascii="Arial Black" w:hAnsi="Arial Black"/>
        </w:rPr>
        <w:t xml:space="preserve"> SESSION</w:t>
      </w:r>
    </w:p>
    <w:p w:rsidR="009F06E9" w:rsidRPr="00641378" w:rsidRDefault="009F06E9" w:rsidP="009F06E9">
      <w:pPr>
        <w:spacing w:line="240" w:lineRule="auto"/>
        <w:jc w:val="center"/>
        <w:rPr>
          <w:rFonts w:ascii="Arial Black" w:hAnsi="Arial Black"/>
        </w:rPr>
      </w:pPr>
      <w:proofErr w:type="gramStart"/>
      <w:r>
        <w:rPr>
          <w:rFonts w:ascii="Arial Black" w:hAnsi="Arial Black"/>
        </w:rPr>
        <w:t>SUBJECT :</w:t>
      </w:r>
      <w:proofErr w:type="gramEnd"/>
      <w:r>
        <w:rPr>
          <w:rFonts w:ascii="Arial Black" w:hAnsi="Arial Black"/>
        </w:rPr>
        <w:t xml:space="preserve"> CHEMISTRY</w:t>
      </w:r>
    </w:p>
    <w:p w:rsidR="009F06E9" w:rsidRPr="00641378" w:rsidRDefault="009F06E9" w:rsidP="009F06E9">
      <w:pPr>
        <w:spacing w:line="240" w:lineRule="auto"/>
        <w:jc w:val="center"/>
        <w:rPr>
          <w:rFonts w:ascii="Arial Black" w:hAnsi="Arial Black"/>
        </w:rPr>
      </w:pPr>
      <w:r w:rsidRPr="00641378">
        <w:rPr>
          <w:rFonts w:ascii="Arial Black" w:hAnsi="Arial Black"/>
        </w:rPr>
        <w:t>CLASS: GRADE 10                                     DURATION: 1 HOUR</w:t>
      </w:r>
    </w:p>
    <w:p w:rsidR="009F06E9" w:rsidRPr="00641378" w:rsidRDefault="009F06E9" w:rsidP="009F06E9">
      <w:pPr>
        <w:spacing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</w:rPr>
        <w:t xml:space="preserve">SECTION </w:t>
      </w:r>
      <w:proofErr w:type="gramStart"/>
      <w:r>
        <w:rPr>
          <w:rFonts w:ascii="Arial Black" w:hAnsi="Arial Black"/>
        </w:rPr>
        <w:t>A :</w:t>
      </w:r>
      <w:proofErr w:type="gramEnd"/>
      <w:r>
        <w:rPr>
          <w:rFonts w:ascii="Arial Black" w:hAnsi="Arial Black"/>
        </w:rPr>
        <w:t xml:space="preserve"> </w:t>
      </w:r>
      <w:r w:rsidRPr="00641378">
        <w:rPr>
          <w:rFonts w:ascii="Arial Black" w:hAnsi="Arial Black"/>
        </w:rPr>
        <w:t>OBJECTIVE</w:t>
      </w:r>
      <w:r>
        <w:rPr>
          <w:rFonts w:ascii="Arial Black" w:hAnsi="Arial Black"/>
        </w:rPr>
        <w:t xml:space="preserve"> QUESTIONS</w:t>
      </w:r>
    </w:p>
    <w:p w:rsidR="00E9771F" w:rsidRPr="009F06E9" w:rsidRDefault="009F06E9">
      <w:pPr>
        <w:rPr>
          <w:b/>
          <w:sz w:val="28"/>
        </w:rPr>
      </w:pPr>
      <w:r w:rsidRPr="009F06E9">
        <w:rPr>
          <w:b/>
          <w:sz w:val="28"/>
        </w:rPr>
        <w:t xml:space="preserve">Instructions: </w:t>
      </w:r>
      <w:r w:rsidRPr="009F06E9">
        <w:rPr>
          <w:b/>
          <w:sz w:val="28"/>
        </w:rPr>
        <w:t>Choose the correct option for each question.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1. Which branch of chemistry deals primarily with the study of carbon compounds and their derivatives?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Inorganic chemistry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 xml:space="preserve">B) Organic </w:t>
      </w:r>
      <w:r w:rsidRPr="009F06E9">
        <w:rPr>
          <w:b/>
          <w:sz w:val="28"/>
        </w:rPr>
        <w:t>chemistry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Physical chemistry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Analytical chemistry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2. The scientific study of the composition, structure, properties, and changes of matter is known as: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Biology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Physics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Chemistry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Geology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 xml:space="preserve">3. Which of the following is a career path directly </w:t>
      </w:r>
      <w:r w:rsidRPr="009F06E9">
        <w:rPr>
          <w:b/>
          <w:sz w:val="28"/>
        </w:rPr>
        <w:t>related to the study of Chemistry?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Chemical Engineering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Architecture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Civil Engineering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Computer Programming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4. An early practice that contributed significantly to modern chemistry through attempts to transmute base metals into gold was: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Meta</w:t>
      </w:r>
      <w:r w:rsidRPr="009F06E9">
        <w:rPr>
          <w:b/>
          <w:sz w:val="28"/>
        </w:rPr>
        <w:t>llurgy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Alchemy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Electrolysis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Fermentation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5. Which apparatus is MOST suitable for measuring a precise volume of liquid during volumetric analysis (titration)?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Beaker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Graduated measuring cylinder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lastRenderedPageBreak/>
        <w:t>C) Pipette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Conical flask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 xml:space="preserve">6. An apparatus </w:t>
      </w:r>
      <w:r w:rsidRPr="009F06E9">
        <w:rPr>
          <w:b/>
          <w:sz w:val="28"/>
        </w:rPr>
        <w:t>used for drying or storing moisture-sensitive substances is called a: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Retort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Desiccator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Condenser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Crucible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7. Which piece of laboratory equipment is specifically designed to support a crucible while heating?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Wire gauze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Pipeclay triangle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</w:t>
      </w:r>
      <w:r w:rsidRPr="009F06E9">
        <w:rPr>
          <w:b/>
          <w:sz w:val="28"/>
        </w:rPr>
        <w:t>) Tripod stand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Filter funnel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8. To separate an insoluble solid from a liquid, which piece of apparatus is essential?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Liebig condenser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Filter funnel and filter paper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Separating funnel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Evaporating dish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9. Which of the following describes a phy</w:t>
      </w:r>
      <w:r w:rsidRPr="009F06E9">
        <w:rPr>
          <w:b/>
          <w:sz w:val="28"/>
        </w:rPr>
        <w:t>sical change?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Rusting of iron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Burning of wood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Souring of milk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Melting of ice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 xml:space="preserve">10. The process in which a </w:t>
      </w:r>
      <w:proofErr w:type="gramStart"/>
      <w:r w:rsidRPr="009F06E9">
        <w:rPr>
          <w:b/>
          <w:sz w:val="28"/>
        </w:rPr>
        <w:t>solid changes</w:t>
      </w:r>
      <w:proofErr w:type="gramEnd"/>
      <w:r w:rsidRPr="009F06E9">
        <w:rPr>
          <w:b/>
          <w:sz w:val="28"/>
        </w:rPr>
        <w:t xml:space="preserve"> directly into a gas without passing through the liquid state is: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Evaporation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Condensation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Sublimation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 xml:space="preserve">D) </w:t>
      </w:r>
      <w:r w:rsidRPr="009F06E9">
        <w:rPr>
          <w:b/>
          <w:sz w:val="28"/>
        </w:rPr>
        <w:t>Transpiration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11. Matter is defined as anything that has: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Mass and occupies space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Weight and definite shape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Mass and definite color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Volume and energy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 xml:space="preserve">12. Particles in which state of matter possess the highest kinetic energy and can move freely </w:t>
      </w:r>
      <w:r w:rsidRPr="009F06E9">
        <w:rPr>
          <w:b/>
          <w:sz w:val="28"/>
        </w:rPr>
        <w:t>in all directions?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lastRenderedPageBreak/>
        <w:t>A) Solid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Liquid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Gas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Plasma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13. Which of the following is an example of a chemical change?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Dissolving salt in water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Magnetization of iron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Fermentation of glucose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Evaporation of ethanol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 xml:space="preserve">14. Which state of matter has a </w:t>
      </w:r>
      <w:r w:rsidRPr="009F06E9">
        <w:rPr>
          <w:b/>
          <w:sz w:val="28"/>
        </w:rPr>
        <w:t>fixed volume but no fixed shape?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Solid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Liquid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Gas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Vapor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15. The temperature at which the vapor pressure of a liquid equals the atmospheric pressure is its: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Melting point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Boiling point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Freezing point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Dew point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 xml:space="preserve">16. Which technique is </w:t>
      </w:r>
      <w:r w:rsidRPr="009F06E9">
        <w:rPr>
          <w:b/>
          <w:sz w:val="28"/>
        </w:rPr>
        <w:t>MOST suitable for obtaining pure water from a sodium chloride (salt) solution?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Filtration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Simple distillation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Evaporation to dryness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Crystallization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 xml:space="preserve">17. Fractional distillation is used to separate a mixture of two or more liquids that are </w:t>
      </w:r>
      <w:r w:rsidRPr="009F06E9">
        <w:rPr>
          <w:b/>
          <w:sz w:val="28"/>
        </w:rPr>
        <w:t>miscible and have: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High densities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Different boiling points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Different solubilities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The same particle sizes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18. A mixture of ethanol (87.5°C boiling point) and water (100°C boiling point) can be separated using: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Separating funnel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Simple dis</w:t>
      </w:r>
      <w:r w:rsidRPr="009F06E9">
        <w:rPr>
          <w:b/>
          <w:sz w:val="28"/>
        </w:rPr>
        <w:t>tillation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lastRenderedPageBreak/>
        <w:t>C) Fractional distillation</w:t>
      </w:r>
    </w:p>
    <w:p w:rsidR="00E9771F" w:rsidRPr="009F06E9" w:rsidRDefault="009F06E9" w:rsidP="00A43D2A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Paper chromatography</w:t>
      </w:r>
    </w:p>
    <w:p w:rsidR="00E9771F" w:rsidRPr="009F06E9" w:rsidRDefault="001122DE">
      <w:pPr>
        <w:spacing w:after="60"/>
        <w:rPr>
          <w:b/>
          <w:sz w:val="28"/>
        </w:rPr>
      </w:pPr>
      <w:r w:rsidRPr="009F06E9">
        <w:rPr>
          <w:b/>
          <w:sz w:val="28"/>
        </w:rPr>
        <w:t>19</w:t>
      </w:r>
      <w:r w:rsidR="009F06E9" w:rsidRPr="009F06E9">
        <w:rPr>
          <w:b/>
          <w:sz w:val="28"/>
        </w:rPr>
        <w:t>. Which of the following substances will undergo sublimation upon heating?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Sodium chloride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Ammonium chloride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Calcium oxide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Potassium hydroxide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2</w:t>
      </w:r>
      <w:r w:rsidR="001122DE" w:rsidRPr="009F06E9">
        <w:rPr>
          <w:b/>
          <w:sz w:val="28"/>
        </w:rPr>
        <w:t>0</w:t>
      </w:r>
      <w:r w:rsidRPr="009F06E9">
        <w:rPr>
          <w:b/>
          <w:sz w:val="28"/>
        </w:rPr>
        <w:t xml:space="preserve">. A mixture of oil and water can best be separated using </w:t>
      </w:r>
      <w:r w:rsidRPr="009F06E9">
        <w:rPr>
          <w:b/>
          <w:sz w:val="28"/>
        </w:rPr>
        <w:t>a: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Filter funnel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Separating funnel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Liebig condenser</w:t>
      </w:r>
    </w:p>
    <w:p w:rsidR="00E9771F" w:rsidRPr="009F06E9" w:rsidRDefault="009F06E9" w:rsidP="001122DE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Centrifuge</w:t>
      </w:r>
    </w:p>
    <w:p w:rsidR="00E9771F" w:rsidRPr="009F06E9" w:rsidRDefault="009F06E9">
      <w:pPr>
        <w:spacing w:after="60"/>
        <w:rPr>
          <w:b/>
          <w:sz w:val="28"/>
        </w:rPr>
      </w:pPr>
      <w:r w:rsidRPr="009F06E9">
        <w:rPr>
          <w:b/>
          <w:sz w:val="28"/>
        </w:rPr>
        <w:t>2</w:t>
      </w:r>
      <w:r w:rsidR="001122DE" w:rsidRPr="009F06E9">
        <w:rPr>
          <w:b/>
          <w:sz w:val="28"/>
        </w:rPr>
        <w:t>1</w:t>
      </w:r>
      <w:r w:rsidRPr="009F06E9">
        <w:rPr>
          <w:b/>
          <w:sz w:val="28"/>
        </w:rPr>
        <w:t xml:space="preserve">. Which property allows a mixture of iron filings </w:t>
      </w:r>
      <w:r w:rsidRPr="009F06E9">
        <w:rPr>
          <w:b/>
          <w:sz w:val="28"/>
        </w:rPr>
        <w:t>and sulfur powder to be separated physically without heating?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A) Solubility in water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B) Density difference</w:t>
      </w:r>
    </w:p>
    <w:p w:rsidR="00E9771F" w:rsidRPr="009F06E9" w:rsidRDefault="009F06E9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C) Magnetic attraction of iron</w:t>
      </w:r>
    </w:p>
    <w:p w:rsidR="00E9771F" w:rsidRPr="009F06E9" w:rsidRDefault="009F06E9" w:rsidP="00A43D2A">
      <w:pPr>
        <w:spacing w:after="0"/>
        <w:ind w:left="360"/>
        <w:rPr>
          <w:b/>
          <w:sz w:val="28"/>
        </w:rPr>
      </w:pPr>
      <w:r w:rsidRPr="009F06E9">
        <w:rPr>
          <w:b/>
          <w:sz w:val="28"/>
        </w:rPr>
        <w:t>D) Boiling point difference</w:t>
      </w:r>
    </w:p>
    <w:p w:rsidR="001122DE" w:rsidRPr="009F06E9" w:rsidRDefault="001122DE">
      <w:pPr>
        <w:jc w:val="center"/>
        <w:rPr>
          <w:b/>
          <w:sz w:val="32"/>
        </w:rPr>
      </w:pPr>
    </w:p>
    <w:p w:rsidR="00E9771F" w:rsidRPr="009F06E9" w:rsidRDefault="009F06E9">
      <w:pPr>
        <w:jc w:val="center"/>
        <w:rPr>
          <w:b/>
          <w:sz w:val="32"/>
        </w:rPr>
      </w:pPr>
      <w:r w:rsidRPr="009F06E9">
        <w:rPr>
          <w:b/>
          <w:sz w:val="32"/>
        </w:rPr>
        <w:t>SECTION B: THEORY QUESTIONS</w:t>
      </w:r>
    </w:p>
    <w:p w:rsidR="001122DE" w:rsidRPr="009F06E9" w:rsidRDefault="001122DE">
      <w:pPr>
        <w:jc w:val="center"/>
        <w:rPr>
          <w:b/>
          <w:sz w:val="28"/>
        </w:rPr>
      </w:pPr>
    </w:p>
    <w:p w:rsidR="00E9771F" w:rsidRPr="009F06E9" w:rsidRDefault="009F06E9">
      <w:pPr>
        <w:rPr>
          <w:b/>
          <w:sz w:val="28"/>
        </w:rPr>
      </w:pPr>
      <w:r w:rsidRPr="009F06E9">
        <w:rPr>
          <w:b/>
          <w:sz w:val="28"/>
        </w:rPr>
        <w:t xml:space="preserve">Instructions: </w:t>
      </w:r>
      <w:r w:rsidRPr="009F06E9">
        <w:rPr>
          <w:b/>
          <w:sz w:val="28"/>
        </w:rPr>
        <w:t xml:space="preserve">Answer </w:t>
      </w:r>
      <w:r w:rsidR="001122DE" w:rsidRPr="009F06E9">
        <w:rPr>
          <w:b/>
          <w:sz w:val="28"/>
        </w:rPr>
        <w:t xml:space="preserve">4 </w:t>
      </w:r>
      <w:r w:rsidRPr="009F06E9">
        <w:rPr>
          <w:b/>
          <w:sz w:val="28"/>
        </w:rPr>
        <w:t>questions</w:t>
      </w:r>
      <w:r w:rsidR="001122DE" w:rsidRPr="009F06E9">
        <w:rPr>
          <w:b/>
          <w:sz w:val="28"/>
        </w:rPr>
        <w:t xml:space="preserve"> only</w:t>
      </w:r>
      <w:r w:rsidRPr="009F06E9">
        <w:rPr>
          <w:b/>
          <w:sz w:val="28"/>
        </w:rPr>
        <w:t>. Show clear diagrams and steps where necessary</w:t>
      </w:r>
      <w:r>
        <w:rPr>
          <w:b/>
          <w:sz w:val="28"/>
        </w:rPr>
        <w:t>.</w:t>
      </w:r>
      <w:bookmarkStart w:id="0" w:name="_GoBack"/>
      <w:bookmarkEnd w:id="0"/>
    </w:p>
    <w:p w:rsidR="00E9771F" w:rsidRPr="009F06E9" w:rsidRDefault="009F06E9" w:rsidP="00F500A6">
      <w:pPr>
        <w:rPr>
          <w:b/>
          <w:sz w:val="28"/>
        </w:rPr>
      </w:pPr>
      <w:proofErr w:type="gramStart"/>
      <w:r w:rsidRPr="009F06E9">
        <w:rPr>
          <w:b/>
          <w:sz w:val="28"/>
        </w:rPr>
        <w:t>1.</w:t>
      </w:r>
      <w:r w:rsidR="00F500A6" w:rsidRPr="009F06E9">
        <w:rPr>
          <w:b/>
          <w:sz w:val="28"/>
        </w:rPr>
        <w:t xml:space="preserve">  </w:t>
      </w:r>
      <w:r w:rsidRPr="009F06E9">
        <w:rPr>
          <w:b/>
          <w:sz w:val="28"/>
        </w:rPr>
        <w:t>(</w:t>
      </w:r>
      <w:proofErr w:type="gramEnd"/>
      <w:r w:rsidRPr="009F06E9">
        <w:rPr>
          <w:b/>
          <w:sz w:val="28"/>
        </w:rPr>
        <w:t>a) Define Chemistry.</w:t>
      </w:r>
      <w:r w:rsidR="00F500A6" w:rsidRPr="009F06E9">
        <w:rPr>
          <w:b/>
          <w:sz w:val="28"/>
        </w:rPr>
        <w:t xml:space="preserve">  </w:t>
      </w:r>
      <w:r w:rsidRPr="009F06E9">
        <w:rPr>
          <w:b/>
          <w:sz w:val="28"/>
        </w:rPr>
        <w:t>(b) List and briefly describe four major branches of chemistry.</w:t>
      </w:r>
    </w:p>
    <w:p w:rsidR="00F500A6" w:rsidRPr="009F06E9" w:rsidRDefault="00F500A6">
      <w:pPr>
        <w:spacing w:after="40"/>
        <w:ind w:left="360"/>
        <w:rPr>
          <w:b/>
          <w:sz w:val="28"/>
        </w:rPr>
      </w:pPr>
    </w:p>
    <w:p w:rsidR="00F500A6" w:rsidRPr="009F06E9" w:rsidRDefault="009F06E9" w:rsidP="00F500A6">
      <w:pPr>
        <w:spacing w:after="40"/>
        <w:rPr>
          <w:b/>
          <w:sz w:val="28"/>
        </w:rPr>
      </w:pPr>
      <w:r w:rsidRPr="009F06E9">
        <w:rPr>
          <w:b/>
          <w:sz w:val="28"/>
        </w:rPr>
        <w:t>2</w:t>
      </w:r>
      <w:r w:rsidR="00F500A6" w:rsidRPr="009F06E9">
        <w:rPr>
          <w:b/>
          <w:sz w:val="28"/>
        </w:rPr>
        <w:t xml:space="preserve">  </w:t>
      </w:r>
      <w:proofErr w:type="gramStart"/>
      <w:r w:rsidR="00F500A6" w:rsidRPr="009F06E9">
        <w:rPr>
          <w:b/>
          <w:sz w:val="28"/>
        </w:rPr>
        <w:t xml:space="preserve">   (</w:t>
      </w:r>
      <w:proofErr w:type="gramEnd"/>
      <w:r w:rsidR="00F500A6" w:rsidRPr="009F06E9">
        <w:rPr>
          <w:b/>
          <w:sz w:val="28"/>
        </w:rPr>
        <w:t>a)</w:t>
      </w:r>
      <w:r w:rsidR="00F500A6" w:rsidRPr="009F06E9">
        <w:rPr>
          <w:b/>
          <w:sz w:val="28"/>
        </w:rPr>
        <w:t xml:space="preserve"> State three ways chemistry has impacted society positively and one negative effect.</w:t>
      </w:r>
    </w:p>
    <w:p w:rsidR="00E9771F" w:rsidRPr="009F06E9" w:rsidRDefault="00F500A6" w:rsidP="00F500A6">
      <w:pPr>
        <w:spacing w:after="40"/>
        <w:rPr>
          <w:b/>
          <w:sz w:val="28"/>
        </w:rPr>
      </w:pPr>
      <w:r w:rsidRPr="009F06E9">
        <w:rPr>
          <w:b/>
          <w:sz w:val="28"/>
        </w:rPr>
        <w:t xml:space="preserve">       </w:t>
      </w:r>
      <w:r w:rsidR="009F06E9" w:rsidRPr="009F06E9">
        <w:rPr>
          <w:b/>
          <w:sz w:val="28"/>
        </w:rPr>
        <w:t>(b) Outline three key safety rules to be observed in a standard chemistry laboratory.</w:t>
      </w:r>
    </w:p>
    <w:p w:rsidR="00F500A6" w:rsidRPr="009F06E9" w:rsidRDefault="00F500A6" w:rsidP="00F500A6">
      <w:pPr>
        <w:spacing w:after="40"/>
        <w:rPr>
          <w:b/>
          <w:sz w:val="28"/>
        </w:rPr>
      </w:pPr>
    </w:p>
    <w:p w:rsidR="00E9771F" w:rsidRPr="009F06E9" w:rsidRDefault="009F06E9" w:rsidP="00F500A6">
      <w:pPr>
        <w:rPr>
          <w:b/>
          <w:sz w:val="28"/>
        </w:rPr>
      </w:pPr>
      <w:r w:rsidRPr="009F06E9">
        <w:rPr>
          <w:b/>
          <w:sz w:val="28"/>
        </w:rPr>
        <w:lastRenderedPageBreak/>
        <w:t>3.</w:t>
      </w:r>
      <w:r w:rsidRPr="009F06E9">
        <w:rPr>
          <w:b/>
          <w:sz w:val="28"/>
        </w:rPr>
        <w:t>(a) State three career opportunities available to a student studying chemistry in Nigeria.</w:t>
      </w:r>
      <w:r w:rsidR="00F500A6" w:rsidRPr="009F06E9">
        <w:rPr>
          <w:b/>
          <w:sz w:val="28"/>
        </w:rPr>
        <w:t xml:space="preserve">  </w:t>
      </w:r>
      <w:r w:rsidRPr="009F06E9">
        <w:rPr>
          <w:b/>
          <w:sz w:val="28"/>
        </w:rPr>
        <w:t xml:space="preserve">(b) Name two local chemical industries and the </w:t>
      </w:r>
      <w:r w:rsidRPr="009F06E9">
        <w:rPr>
          <w:b/>
          <w:sz w:val="28"/>
        </w:rPr>
        <w:t>main products they manufacture.</w:t>
      </w:r>
    </w:p>
    <w:p w:rsidR="00F500A6" w:rsidRPr="009F06E9" w:rsidRDefault="00F500A6" w:rsidP="00F500A6">
      <w:pPr>
        <w:spacing w:after="40"/>
        <w:ind w:left="360"/>
        <w:rPr>
          <w:b/>
          <w:sz w:val="28"/>
        </w:rPr>
      </w:pPr>
    </w:p>
    <w:p w:rsidR="00E9771F" w:rsidRPr="009F06E9" w:rsidRDefault="00F500A6" w:rsidP="00F500A6">
      <w:pPr>
        <w:spacing w:after="40"/>
        <w:rPr>
          <w:b/>
          <w:sz w:val="28"/>
        </w:rPr>
      </w:pPr>
      <w:r w:rsidRPr="009F06E9">
        <w:rPr>
          <w:b/>
          <w:sz w:val="28"/>
        </w:rPr>
        <w:t>4.</w:t>
      </w:r>
      <w:r w:rsidR="009F06E9" w:rsidRPr="009F06E9">
        <w:rPr>
          <w:b/>
          <w:sz w:val="28"/>
        </w:rPr>
        <w:t>(b) State the main function of each of the following apparatus:</w:t>
      </w:r>
    </w:p>
    <w:p w:rsidR="00E9771F" w:rsidRPr="009F06E9" w:rsidRDefault="009F06E9">
      <w:pPr>
        <w:spacing w:after="40"/>
        <w:ind w:left="360"/>
        <w:rPr>
          <w:b/>
          <w:sz w:val="28"/>
        </w:rPr>
      </w:pPr>
      <w:r w:rsidRPr="009F06E9">
        <w:rPr>
          <w:b/>
          <w:sz w:val="28"/>
        </w:rPr>
        <w:t xml:space="preserve">    </w:t>
      </w:r>
      <w:proofErr w:type="spellStart"/>
      <w:r w:rsidRPr="009F06E9">
        <w:rPr>
          <w:b/>
          <w:sz w:val="28"/>
        </w:rPr>
        <w:t>i</w:t>
      </w:r>
      <w:proofErr w:type="spellEnd"/>
      <w:r w:rsidRPr="009F06E9">
        <w:rPr>
          <w:b/>
          <w:sz w:val="28"/>
        </w:rPr>
        <w:t xml:space="preserve">) </w:t>
      </w:r>
      <w:r w:rsidR="00F500A6" w:rsidRPr="009F06E9">
        <w:rPr>
          <w:b/>
          <w:sz w:val="28"/>
        </w:rPr>
        <w:t>Beaker</w:t>
      </w:r>
    </w:p>
    <w:p w:rsidR="00F500A6" w:rsidRPr="009F06E9" w:rsidRDefault="009F06E9" w:rsidP="00F500A6">
      <w:pPr>
        <w:spacing w:after="40"/>
        <w:ind w:left="360"/>
        <w:rPr>
          <w:b/>
          <w:sz w:val="28"/>
        </w:rPr>
      </w:pPr>
      <w:r w:rsidRPr="009F06E9">
        <w:rPr>
          <w:b/>
          <w:sz w:val="28"/>
        </w:rPr>
        <w:t xml:space="preserve">    ii) </w:t>
      </w:r>
      <w:r w:rsidR="00F500A6" w:rsidRPr="009F06E9">
        <w:rPr>
          <w:b/>
          <w:sz w:val="28"/>
        </w:rPr>
        <w:t>pipette</w:t>
      </w:r>
    </w:p>
    <w:p w:rsidR="00E9771F" w:rsidRPr="009F06E9" w:rsidRDefault="009F06E9">
      <w:pPr>
        <w:spacing w:after="40"/>
        <w:ind w:left="360"/>
        <w:rPr>
          <w:b/>
          <w:sz w:val="28"/>
        </w:rPr>
      </w:pPr>
      <w:r w:rsidRPr="009F06E9">
        <w:rPr>
          <w:b/>
          <w:sz w:val="28"/>
        </w:rPr>
        <w:t xml:space="preserve">    iii) </w:t>
      </w:r>
      <w:r w:rsidR="00F500A6" w:rsidRPr="009F06E9">
        <w:rPr>
          <w:b/>
          <w:sz w:val="28"/>
        </w:rPr>
        <w:t>conical flask</w:t>
      </w:r>
    </w:p>
    <w:p w:rsidR="00F500A6" w:rsidRPr="009F06E9" w:rsidRDefault="00F500A6">
      <w:pPr>
        <w:spacing w:after="40"/>
        <w:ind w:left="360"/>
        <w:rPr>
          <w:b/>
          <w:sz w:val="28"/>
        </w:rPr>
      </w:pPr>
    </w:p>
    <w:p w:rsidR="00E9771F" w:rsidRPr="009F06E9" w:rsidRDefault="009F06E9" w:rsidP="00F500A6">
      <w:pPr>
        <w:rPr>
          <w:b/>
          <w:sz w:val="28"/>
        </w:rPr>
      </w:pPr>
      <w:r w:rsidRPr="009F06E9">
        <w:rPr>
          <w:b/>
          <w:sz w:val="28"/>
        </w:rPr>
        <w:t>5.</w:t>
      </w:r>
      <w:r w:rsidR="00F500A6" w:rsidRPr="009F06E9">
        <w:rPr>
          <w:b/>
          <w:sz w:val="28"/>
        </w:rPr>
        <w:t xml:space="preserve"> </w:t>
      </w:r>
      <w:r w:rsidRPr="009F06E9">
        <w:rPr>
          <w:b/>
          <w:sz w:val="28"/>
        </w:rPr>
        <w:t>(a) Differentiate between a measuring cylinder and a burette in terms of accuracy and usage.</w:t>
      </w:r>
    </w:p>
    <w:p w:rsidR="00E9771F" w:rsidRPr="009F06E9" w:rsidRDefault="009F06E9">
      <w:pPr>
        <w:spacing w:after="40"/>
        <w:ind w:left="360"/>
        <w:rPr>
          <w:b/>
          <w:sz w:val="28"/>
        </w:rPr>
      </w:pPr>
      <w:r w:rsidRPr="009F06E9">
        <w:rPr>
          <w:b/>
          <w:sz w:val="28"/>
        </w:rPr>
        <w:t>(b) What apparatus would you select to perform each of the following tasks?</w:t>
      </w:r>
    </w:p>
    <w:p w:rsidR="00E9771F" w:rsidRPr="009F06E9" w:rsidRDefault="009F06E9">
      <w:pPr>
        <w:spacing w:after="40"/>
        <w:ind w:left="360"/>
        <w:rPr>
          <w:b/>
          <w:sz w:val="28"/>
        </w:rPr>
      </w:pPr>
      <w:r w:rsidRPr="009F06E9">
        <w:rPr>
          <w:b/>
          <w:sz w:val="28"/>
        </w:rPr>
        <w:t xml:space="preserve">    i) Evaporating a salt solution to dryness.</w:t>
      </w:r>
    </w:p>
    <w:p w:rsidR="00E9771F" w:rsidRPr="009F06E9" w:rsidRDefault="009F06E9">
      <w:pPr>
        <w:spacing w:after="40"/>
        <w:ind w:left="360"/>
        <w:rPr>
          <w:b/>
          <w:sz w:val="28"/>
        </w:rPr>
      </w:pPr>
      <w:r w:rsidRPr="009F06E9">
        <w:rPr>
          <w:b/>
          <w:sz w:val="28"/>
        </w:rPr>
        <w:t xml:space="preserve">    ii) Heating a so</w:t>
      </w:r>
      <w:r w:rsidRPr="009F06E9">
        <w:rPr>
          <w:b/>
          <w:sz w:val="28"/>
        </w:rPr>
        <w:t>lid strongly over a Bunsen burner flame.</w:t>
      </w:r>
    </w:p>
    <w:p w:rsidR="00E9771F" w:rsidRPr="009F06E9" w:rsidRDefault="009F06E9">
      <w:pPr>
        <w:spacing w:after="40"/>
        <w:ind w:left="360"/>
        <w:rPr>
          <w:b/>
          <w:sz w:val="28"/>
        </w:rPr>
      </w:pPr>
      <w:r w:rsidRPr="009F06E9">
        <w:rPr>
          <w:b/>
          <w:sz w:val="28"/>
        </w:rPr>
        <w:t xml:space="preserve">    iii) Delivering a fixed, accurate volume (25.0 cm³) of a solution.</w:t>
      </w:r>
      <w:r w:rsidR="00F500A6" w:rsidRPr="009F06E9">
        <w:rPr>
          <w:b/>
          <w:sz w:val="28"/>
        </w:rPr>
        <w:t xml:space="preserve"> </w:t>
      </w:r>
    </w:p>
    <w:p w:rsidR="00F500A6" w:rsidRPr="009F06E9" w:rsidRDefault="00F500A6">
      <w:pPr>
        <w:spacing w:after="40"/>
        <w:ind w:left="360"/>
        <w:rPr>
          <w:b/>
          <w:sz w:val="28"/>
        </w:rPr>
      </w:pPr>
    </w:p>
    <w:p w:rsidR="00E9771F" w:rsidRPr="009F06E9" w:rsidRDefault="009F06E9" w:rsidP="00F500A6">
      <w:pPr>
        <w:rPr>
          <w:b/>
          <w:sz w:val="28"/>
        </w:rPr>
      </w:pPr>
      <w:r w:rsidRPr="009F06E9">
        <w:rPr>
          <w:b/>
          <w:sz w:val="28"/>
        </w:rPr>
        <w:t>6.</w:t>
      </w:r>
      <w:r w:rsidRPr="009F06E9">
        <w:rPr>
          <w:b/>
          <w:sz w:val="28"/>
        </w:rPr>
        <w:t>(a) List four common chemical industries and state one primary raw material used by each.</w:t>
      </w:r>
    </w:p>
    <w:p w:rsidR="00E9771F" w:rsidRPr="009F06E9" w:rsidRDefault="009F06E9">
      <w:pPr>
        <w:spacing w:after="40"/>
        <w:ind w:left="360"/>
        <w:rPr>
          <w:b/>
          <w:sz w:val="28"/>
        </w:rPr>
      </w:pPr>
      <w:r w:rsidRPr="009F06E9">
        <w:rPr>
          <w:b/>
          <w:sz w:val="28"/>
        </w:rPr>
        <w:t>(b) Distinguish between a fine chemical and a heavy</w:t>
      </w:r>
      <w:r w:rsidRPr="009F06E9">
        <w:rPr>
          <w:b/>
          <w:sz w:val="28"/>
        </w:rPr>
        <w:t xml:space="preserve"> chemical, giving one example of each.</w:t>
      </w:r>
    </w:p>
    <w:p w:rsidR="00E9771F" w:rsidRPr="009F06E9" w:rsidRDefault="00E9771F">
      <w:pPr>
        <w:spacing w:after="40"/>
        <w:ind w:left="360"/>
        <w:rPr>
          <w:b/>
          <w:sz w:val="28"/>
        </w:rPr>
      </w:pPr>
    </w:p>
    <w:sectPr w:rsidR="00E9771F" w:rsidRPr="009F06E9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2DE"/>
    <w:rsid w:val="0015074B"/>
    <w:rsid w:val="0029639D"/>
    <w:rsid w:val="00326F90"/>
    <w:rsid w:val="007C4B7F"/>
    <w:rsid w:val="009F06E9"/>
    <w:rsid w:val="00A43D2A"/>
    <w:rsid w:val="00AA1D8D"/>
    <w:rsid w:val="00B47730"/>
    <w:rsid w:val="00CB0664"/>
    <w:rsid w:val="00E9771F"/>
    <w:rsid w:val="00F500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650876"/>
  <w14:defaultImageDpi w14:val="300"/>
  <w15:docId w15:val="{03A539FD-1E17-419C-85C4-CBF2CB0D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7F1BCD-9A48-4245-8A6C-75AAD1E2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2026-10-18T08:25:00Z</dcterms:modified>
  <cp:category/>
</cp:coreProperties>
</file>