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0DC" w:rsidRPr="00BD00DC" w:rsidRDefault="00BD00DC" w:rsidP="00BD00DC">
      <w:pPr>
        <w:jc w:val="center"/>
        <w:rPr>
          <w:b/>
          <w:sz w:val="24"/>
        </w:rPr>
      </w:pPr>
      <w:r w:rsidRPr="00BD00DC">
        <w:rPr>
          <w:b/>
          <w:sz w:val="24"/>
        </w:rPr>
        <w:t>KEYSTONE BRITISH ARTS AND SCIENCE HIGH SCHOOL</w:t>
      </w:r>
    </w:p>
    <w:p w:rsidR="00BD00DC" w:rsidRPr="00BD00DC" w:rsidRDefault="00BD00DC" w:rsidP="00BD00DC">
      <w:pPr>
        <w:jc w:val="center"/>
        <w:rPr>
          <w:b/>
          <w:sz w:val="24"/>
        </w:rPr>
      </w:pPr>
      <w:r w:rsidRPr="00BD00DC">
        <w:rPr>
          <w:b/>
          <w:sz w:val="24"/>
        </w:rPr>
        <w:t>FIRST TERM TEST FOR 2026/2027 ACADEMIC SESSION</w:t>
      </w:r>
    </w:p>
    <w:p w:rsidR="00BD00DC" w:rsidRPr="00BD00DC" w:rsidRDefault="00BD00DC" w:rsidP="00BD00DC">
      <w:pPr>
        <w:jc w:val="center"/>
        <w:rPr>
          <w:b/>
          <w:sz w:val="24"/>
        </w:rPr>
      </w:pPr>
      <w:proofErr w:type="gramStart"/>
      <w:r w:rsidRPr="00BD00DC">
        <w:rPr>
          <w:b/>
          <w:sz w:val="24"/>
        </w:rPr>
        <w:t>SUBJECT :</w:t>
      </w:r>
      <w:proofErr w:type="gramEnd"/>
      <w:r w:rsidRPr="00BD00DC">
        <w:rPr>
          <w:b/>
          <w:sz w:val="24"/>
        </w:rPr>
        <w:t xml:space="preserve"> </w:t>
      </w:r>
      <w:r>
        <w:rPr>
          <w:b/>
          <w:sz w:val="24"/>
        </w:rPr>
        <w:t>CHEMISTRY</w:t>
      </w:r>
    </w:p>
    <w:p w:rsidR="00BD00DC" w:rsidRPr="00BD00DC" w:rsidRDefault="00BD00DC" w:rsidP="00BD00DC">
      <w:pPr>
        <w:jc w:val="center"/>
        <w:rPr>
          <w:b/>
          <w:sz w:val="24"/>
        </w:rPr>
      </w:pPr>
      <w:r w:rsidRPr="00BD00DC">
        <w:rPr>
          <w:b/>
          <w:sz w:val="24"/>
        </w:rPr>
        <w:t>CLASS: GRADE 1</w:t>
      </w:r>
      <w:r w:rsidR="00CA090F">
        <w:rPr>
          <w:b/>
          <w:sz w:val="24"/>
        </w:rPr>
        <w:t>1</w:t>
      </w:r>
      <w:bookmarkStart w:id="0" w:name="_GoBack"/>
      <w:bookmarkEnd w:id="0"/>
      <w:r w:rsidRPr="00BD00DC">
        <w:rPr>
          <w:b/>
          <w:sz w:val="24"/>
        </w:rPr>
        <w:t xml:space="preserve">                                     DURATION: 1 HOUR</w:t>
      </w:r>
    </w:p>
    <w:p w:rsidR="00BD00DC" w:rsidRPr="00BD00DC" w:rsidRDefault="00BD00DC" w:rsidP="00BD00DC">
      <w:pPr>
        <w:jc w:val="center"/>
        <w:rPr>
          <w:b/>
          <w:sz w:val="24"/>
        </w:rPr>
      </w:pPr>
      <w:r w:rsidRPr="00BD00DC">
        <w:rPr>
          <w:b/>
          <w:sz w:val="24"/>
        </w:rPr>
        <w:t xml:space="preserve">SECTION </w:t>
      </w:r>
      <w:proofErr w:type="gramStart"/>
      <w:r w:rsidRPr="00BD00DC">
        <w:rPr>
          <w:b/>
          <w:sz w:val="24"/>
        </w:rPr>
        <w:t>A :</w:t>
      </w:r>
      <w:proofErr w:type="gramEnd"/>
      <w:r w:rsidRPr="00BD00DC">
        <w:rPr>
          <w:b/>
          <w:sz w:val="24"/>
        </w:rPr>
        <w:t xml:space="preserve"> OBJECTIVE QUESTIONS</w:t>
      </w:r>
    </w:p>
    <w:p w:rsidR="002B019C" w:rsidRPr="00BD00DC" w:rsidRDefault="00BD00DC" w:rsidP="00BD00DC">
      <w:pPr>
        <w:jc w:val="center"/>
        <w:rPr>
          <w:b/>
          <w:sz w:val="24"/>
        </w:rPr>
      </w:pPr>
      <w:r w:rsidRPr="00BD00DC">
        <w:rPr>
          <w:b/>
          <w:sz w:val="24"/>
        </w:rPr>
        <w:t>ANSWER ALL QUESTIONS</w:t>
      </w:r>
    </w:p>
    <w:p w:rsidR="002B019C" w:rsidRDefault="00CA090F">
      <w:r>
        <w:rPr>
          <w:b/>
        </w:rPr>
        <w:t xml:space="preserve">Instructions: </w:t>
      </w:r>
      <w:r>
        <w:t>Choose the correct option for each question</w:t>
      </w:r>
    </w:p>
    <w:p w:rsidR="002B019C" w:rsidRDefault="00CA090F">
      <w:r>
        <w:rPr>
          <w:b/>
        </w:rPr>
        <w:t>1. Which of the following air pollutants is mainly responsible for acid rain?</w:t>
      </w:r>
    </w:p>
    <w:p w:rsidR="002B019C" w:rsidRDefault="00CA090F">
      <w:pPr>
        <w:spacing w:after="0"/>
        <w:ind w:left="360"/>
      </w:pPr>
      <w:r>
        <w:t>A) Carbon monoxide</w:t>
      </w:r>
      <w:r>
        <w:t xml:space="preserve"> (CO)</w:t>
      </w:r>
    </w:p>
    <w:p w:rsidR="002B019C" w:rsidRDefault="00CA090F">
      <w:pPr>
        <w:spacing w:after="0"/>
        <w:ind w:left="360"/>
      </w:pPr>
      <w:r>
        <w:t>B) Sulfur dioxide (SO₂)</w:t>
      </w:r>
    </w:p>
    <w:p w:rsidR="002B019C" w:rsidRDefault="00CA090F">
      <w:pPr>
        <w:spacing w:after="0"/>
        <w:ind w:left="360"/>
      </w:pPr>
      <w:r>
        <w:t>C) Methane (CH₄)</w:t>
      </w:r>
    </w:p>
    <w:p w:rsidR="002B019C" w:rsidRDefault="00CA090F">
      <w:pPr>
        <w:spacing w:after="0"/>
        <w:ind w:left="360"/>
      </w:pPr>
      <w:r>
        <w:t>D) Chlorofluorocarbons (CFCs)</w:t>
      </w:r>
    </w:p>
    <w:p w:rsidR="002B019C" w:rsidRDefault="00CA090F">
      <w:r>
        <w:rPr>
          <w:b/>
        </w:rPr>
        <w:t>2. Eutrophication in water bodies is primarily caused by an excessive runoff of:</w:t>
      </w:r>
    </w:p>
    <w:p w:rsidR="002B019C" w:rsidRDefault="00CA090F">
      <w:pPr>
        <w:spacing w:after="0"/>
        <w:ind w:left="360"/>
      </w:pPr>
      <w:r>
        <w:t>A) Heavy metals</w:t>
      </w:r>
    </w:p>
    <w:p w:rsidR="002B019C" w:rsidRDefault="00CA090F">
      <w:pPr>
        <w:spacing w:after="0"/>
        <w:ind w:left="360"/>
      </w:pPr>
      <w:r>
        <w:t>B) Petroleum hydrocarbons</w:t>
      </w:r>
    </w:p>
    <w:p w:rsidR="002B019C" w:rsidRDefault="00CA090F">
      <w:pPr>
        <w:spacing w:after="0"/>
        <w:ind w:left="360"/>
      </w:pPr>
      <w:r>
        <w:t>C) Nitrates and phosphates</w:t>
      </w:r>
    </w:p>
    <w:p w:rsidR="002B019C" w:rsidRDefault="00CA090F">
      <w:pPr>
        <w:spacing w:after="0"/>
        <w:ind w:left="360"/>
      </w:pPr>
      <w:r>
        <w:t>D) Non-biodegradable plastics</w:t>
      </w:r>
    </w:p>
    <w:p w:rsidR="002B019C" w:rsidRDefault="00CA090F">
      <w:r>
        <w:rPr>
          <w:b/>
        </w:rPr>
        <w:t>3. Which gas binds irreversibly with hemoglobin in human blood, preventing oxygen transport?</w:t>
      </w:r>
    </w:p>
    <w:p w:rsidR="002B019C" w:rsidRDefault="00CA090F">
      <w:pPr>
        <w:spacing w:after="0"/>
        <w:ind w:left="360"/>
      </w:pPr>
      <w:r>
        <w:t>A) Carbon dioxide (CO₂)</w:t>
      </w:r>
    </w:p>
    <w:p w:rsidR="002B019C" w:rsidRDefault="00CA090F">
      <w:pPr>
        <w:spacing w:after="0"/>
        <w:ind w:left="360"/>
      </w:pPr>
      <w:r>
        <w:t>B) Carbon monoxide (CO)</w:t>
      </w:r>
    </w:p>
    <w:p w:rsidR="002B019C" w:rsidRDefault="00CA090F">
      <w:pPr>
        <w:spacing w:after="0"/>
        <w:ind w:left="360"/>
      </w:pPr>
      <w:r>
        <w:t>C) Nitrogen dioxide (NO₂)</w:t>
      </w:r>
    </w:p>
    <w:p w:rsidR="002B019C" w:rsidRDefault="00CA090F">
      <w:pPr>
        <w:spacing w:after="0"/>
        <w:ind w:left="360"/>
      </w:pPr>
      <w:r>
        <w:t>D) Hydrogen sulfide (H₂S)</w:t>
      </w:r>
    </w:p>
    <w:p w:rsidR="002B019C" w:rsidRDefault="00CA090F">
      <w:r>
        <w:rPr>
          <w:b/>
        </w:rPr>
        <w:t>4. The depletion of the stratospheric ozone layer is largely a</w:t>
      </w:r>
      <w:r>
        <w:rPr>
          <w:b/>
        </w:rPr>
        <w:t>ttributed to:</w:t>
      </w:r>
    </w:p>
    <w:p w:rsidR="002B019C" w:rsidRDefault="00CA090F">
      <w:pPr>
        <w:spacing w:after="0"/>
        <w:ind w:left="360"/>
      </w:pPr>
      <w:r>
        <w:t>A) Carbon dioxide</w:t>
      </w:r>
    </w:p>
    <w:p w:rsidR="002B019C" w:rsidRDefault="00CA090F">
      <w:pPr>
        <w:spacing w:after="0"/>
        <w:ind w:left="360"/>
      </w:pPr>
      <w:r>
        <w:t>B) Sulfur trioxide</w:t>
      </w:r>
    </w:p>
    <w:p w:rsidR="002B019C" w:rsidRDefault="00CA090F">
      <w:pPr>
        <w:spacing w:after="0"/>
        <w:ind w:left="360"/>
      </w:pPr>
      <w:r>
        <w:t>C) Chlorofluorocarbons</w:t>
      </w:r>
    </w:p>
    <w:p w:rsidR="002B019C" w:rsidRDefault="00CA090F">
      <w:pPr>
        <w:spacing w:after="0"/>
        <w:ind w:left="360"/>
      </w:pPr>
      <w:r>
        <w:t>D) Particulate matter</w:t>
      </w:r>
    </w:p>
    <w:p w:rsidR="002B019C" w:rsidRDefault="00CA090F">
      <w:r>
        <w:rPr>
          <w:b/>
        </w:rPr>
        <w:t>5. Which method is MOST effective for controlling industrial air pollution caused by particulate matter?</w:t>
      </w:r>
    </w:p>
    <w:p w:rsidR="002B019C" w:rsidRDefault="00CA090F">
      <w:pPr>
        <w:spacing w:after="0"/>
        <w:ind w:left="360"/>
      </w:pPr>
      <w:r>
        <w:t>A) Chlorination</w:t>
      </w:r>
    </w:p>
    <w:p w:rsidR="002B019C" w:rsidRDefault="00CA090F">
      <w:pPr>
        <w:spacing w:after="0"/>
        <w:ind w:left="360"/>
      </w:pPr>
      <w:r>
        <w:t>B) Electrostatic precipitator</w:t>
      </w:r>
    </w:p>
    <w:p w:rsidR="002B019C" w:rsidRDefault="00CA090F">
      <w:pPr>
        <w:spacing w:after="0"/>
        <w:ind w:left="360"/>
      </w:pPr>
      <w:r>
        <w:t>C) Fracti</w:t>
      </w:r>
      <w:r>
        <w:t>onal distillation</w:t>
      </w:r>
    </w:p>
    <w:p w:rsidR="002B019C" w:rsidRDefault="00CA090F" w:rsidP="00BD00DC">
      <w:pPr>
        <w:spacing w:after="0"/>
        <w:ind w:left="360"/>
      </w:pPr>
      <w:r>
        <w:t>D) Aeration</w:t>
      </w:r>
    </w:p>
    <w:p w:rsidR="002B019C" w:rsidRDefault="00BD00DC">
      <w:r>
        <w:rPr>
          <w:b/>
        </w:rPr>
        <w:t>6</w:t>
      </w:r>
      <w:r w:rsidR="00CA090F">
        <w:rPr>
          <w:b/>
        </w:rPr>
        <w:t>. Which of the following is a non-biodegradable water pollutant?</w:t>
      </w:r>
    </w:p>
    <w:p w:rsidR="002B019C" w:rsidRDefault="00CA090F">
      <w:pPr>
        <w:spacing w:after="0"/>
        <w:ind w:left="360"/>
      </w:pPr>
      <w:r>
        <w:t>A) Domestic sewage</w:t>
      </w:r>
    </w:p>
    <w:p w:rsidR="002B019C" w:rsidRDefault="00CA090F">
      <w:pPr>
        <w:spacing w:after="0"/>
        <w:ind w:left="360"/>
      </w:pPr>
      <w:r>
        <w:t>B) Polythene bags</w:t>
      </w:r>
    </w:p>
    <w:p w:rsidR="002B019C" w:rsidRDefault="00CA090F">
      <w:pPr>
        <w:spacing w:after="0"/>
        <w:ind w:left="360"/>
      </w:pPr>
      <w:r>
        <w:lastRenderedPageBreak/>
        <w:t>C) Animal dung</w:t>
      </w:r>
    </w:p>
    <w:p w:rsidR="002B019C" w:rsidRDefault="00CA090F" w:rsidP="00BD00DC">
      <w:pPr>
        <w:spacing w:after="0"/>
        <w:ind w:left="360"/>
      </w:pPr>
      <w:r>
        <w:t>D) Plant litter</w:t>
      </w:r>
    </w:p>
    <w:p w:rsidR="002B019C" w:rsidRDefault="00BD00DC">
      <w:r>
        <w:rPr>
          <w:b/>
        </w:rPr>
        <w:t>7</w:t>
      </w:r>
      <w:r w:rsidR="00CA090F">
        <w:rPr>
          <w:b/>
        </w:rPr>
        <w:t>. An electrolyte is a compound that conducts electricity in:</w:t>
      </w:r>
    </w:p>
    <w:p w:rsidR="002B019C" w:rsidRDefault="00CA090F">
      <w:pPr>
        <w:spacing w:after="0"/>
        <w:ind w:left="360"/>
      </w:pPr>
      <w:r>
        <w:t>A) Solid state only</w:t>
      </w:r>
    </w:p>
    <w:p w:rsidR="002B019C" w:rsidRDefault="00CA090F">
      <w:pPr>
        <w:spacing w:after="0"/>
        <w:ind w:left="360"/>
      </w:pPr>
      <w:r>
        <w:t>B) Gaseous state only</w:t>
      </w:r>
    </w:p>
    <w:p w:rsidR="002B019C" w:rsidRDefault="00CA090F">
      <w:pPr>
        <w:spacing w:after="0"/>
        <w:ind w:left="360"/>
      </w:pPr>
      <w:r>
        <w:t>C) Molten state or aqueous solution</w:t>
      </w:r>
    </w:p>
    <w:p w:rsidR="002B019C" w:rsidRDefault="00CA090F">
      <w:pPr>
        <w:spacing w:after="0"/>
        <w:ind w:left="360"/>
      </w:pPr>
      <w:r>
        <w:t>D) Benzene solution</w:t>
      </w:r>
    </w:p>
    <w:p w:rsidR="002B019C" w:rsidRDefault="00BD00DC">
      <w:r>
        <w:rPr>
          <w:b/>
        </w:rPr>
        <w:t>8</w:t>
      </w:r>
      <w:r w:rsidR="00CA090F">
        <w:rPr>
          <w:b/>
        </w:rPr>
        <w:t>. During the electrolysis of concentrated sodium chloride solution (brine) using inert carbon electrodes, the product liberated at the anode is:</w:t>
      </w:r>
    </w:p>
    <w:p w:rsidR="002B019C" w:rsidRDefault="00CA090F">
      <w:pPr>
        <w:spacing w:after="0"/>
        <w:ind w:left="360"/>
      </w:pPr>
      <w:r>
        <w:t>A) Sodium m</w:t>
      </w:r>
      <w:r>
        <w:t>etal</w:t>
      </w:r>
    </w:p>
    <w:p w:rsidR="002B019C" w:rsidRDefault="00CA090F">
      <w:pPr>
        <w:spacing w:after="0"/>
        <w:ind w:left="360"/>
      </w:pPr>
      <w:r>
        <w:t>B) Hydrogen gas</w:t>
      </w:r>
    </w:p>
    <w:p w:rsidR="002B019C" w:rsidRDefault="00CA090F">
      <w:pPr>
        <w:spacing w:after="0"/>
        <w:ind w:left="360"/>
      </w:pPr>
      <w:r>
        <w:t>C) Chlorine gas</w:t>
      </w:r>
    </w:p>
    <w:p w:rsidR="002B019C" w:rsidRDefault="00CA090F">
      <w:pPr>
        <w:spacing w:after="0"/>
        <w:ind w:left="360"/>
      </w:pPr>
      <w:r>
        <w:t>D) Oxygen gas</w:t>
      </w:r>
    </w:p>
    <w:p w:rsidR="002B019C" w:rsidRDefault="00BD00DC">
      <w:r>
        <w:rPr>
          <w:b/>
        </w:rPr>
        <w:t>9</w:t>
      </w:r>
      <w:r w:rsidR="00CA090F">
        <w:rPr>
          <w:b/>
        </w:rPr>
        <w:t>. According to Faraday’s First Law of Electrolysis, the mass (m) of a substance liberated at an electrode is proportional to:</w:t>
      </w:r>
    </w:p>
    <w:p w:rsidR="002B019C" w:rsidRDefault="00CA090F">
      <w:pPr>
        <w:spacing w:after="0"/>
        <w:ind w:left="360"/>
      </w:pPr>
      <w:r>
        <w:t>A) Current × Resistance</w:t>
      </w:r>
    </w:p>
    <w:p w:rsidR="002B019C" w:rsidRDefault="00CA090F">
      <w:pPr>
        <w:spacing w:after="0"/>
        <w:ind w:left="360"/>
      </w:pPr>
      <w:r>
        <w:t>B) Current × Time</w:t>
      </w:r>
    </w:p>
    <w:p w:rsidR="002B019C" w:rsidRDefault="00CA090F">
      <w:pPr>
        <w:spacing w:after="0"/>
        <w:ind w:left="360"/>
      </w:pPr>
      <w:r>
        <w:t>C) Voltage / Time</w:t>
      </w:r>
    </w:p>
    <w:p w:rsidR="002B019C" w:rsidRDefault="00CA090F">
      <w:pPr>
        <w:spacing w:after="0"/>
        <w:ind w:left="360"/>
      </w:pPr>
      <w:r>
        <w:t xml:space="preserve">D) Temperature × </w:t>
      </w:r>
      <w:r>
        <w:t>Pressure</w:t>
      </w:r>
    </w:p>
    <w:p w:rsidR="002B019C" w:rsidRDefault="00CA090F">
      <w:r>
        <w:rPr>
          <w:b/>
        </w:rPr>
        <w:t>1</w:t>
      </w:r>
      <w:r w:rsidR="00BD00DC">
        <w:rPr>
          <w:b/>
        </w:rPr>
        <w:t>0</w:t>
      </w:r>
      <w:r>
        <w:rPr>
          <w:b/>
        </w:rPr>
        <w:t>. What quantity of electricity in Faradays is required to deposit 1 mole of copper from a solution of CuSO₄?</w:t>
      </w:r>
    </w:p>
    <w:p w:rsidR="002B019C" w:rsidRDefault="00CA090F">
      <w:pPr>
        <w:spacing w:after="0"/>
        <w:ind w:left="360"/>
      </w:pPr>
      <w:r>
        <w:t>A) 1 F</w:t>
      </w:r>
    </w:p>
    <w:p w:rsidR="002B019C" w:rsidRDefault="00CA090F">
      <w:pPr>
        <w:spacing w:after="0"/>
        <w:ind w:left="360"/>
      </w:pPr>
      <w:r>
        <w:t>B) 2 F</w:t>
      </w:r>
    </w:p>
    <w:p w:rsidR="002B019C" w:rsidRDefault="00CA090F">
      <w:pPr>
        <w:spacing w:after="0"/>
        <w:ind w:left="360"/>
      </w:pPr>
      <w:r>
        <w:t>C) 3 F</w:t>
      </w:r>
    </w:p>
    <w:p w:rsidR="002B019C" w:rsidRDefault="00CA090F">
      <w:pPr>
        <w:spacing w:after="0"/>
        <w:ind w:left="360"/>
      </w:pPr>
      <w:r>
        <w:t>D) 4 F</w:t>
      </w:r>
    </w:p>
    <w:p w:rsidR="002B019C" w:rsidRDefault="00CA090F">
      <w:r>
        <w:rPr>
          <w:b/>
        </w:rPr>
        <w:t>1</w:t>
      </w:r>
      <w:r w:rsidR="00BD00DC">
        <w:rPr>
          <w:b/>
        </w:rPr>
        <w:t>1</w:t>
      </w:r>
      <w:r>
        <w:rPr>
          <w:b/>
        </w:rPr>
        <w:t>. Which factor does NOT affect the preferential discharge of ions during electrolysis?</w:t>
      </w:r>
    </w:p>
    <w:p w:rsidR="002B019C" w:rsidRDefault="00CA090F">
      <w:pPr>
        <w:spacing w:after="0"/>
        <w:ind w:left="360"/>
      </w:pPr>
      <w:r>
        <w:t>A) Position of ions</w:t>
      </w:r>
      <w:r>
        <w:t xml:space="preserve"> in the electrochemical series</w:t>
      </w:r>
    </w:p>
    <w:p w:rsidR="002B019C" w:rsidRDefault="00CA090F">
      <w:pPr>
        <w:spacing w:after="0"/>
        <w:ind w:left="360"/>
      </w:pPr>
      <w:r>
        <w:t>B) Concentration of ions in solution</w:t>
      </w:r>
    </w:p>
    <w:p w:rsidR="002B019C" w:rsidRDefault="00CA090F">
      <w:pPr>
        <w:spacing w:after="0"/>
        <w:ind w:left="360"/>
      </w:pPr>
      <w:r>
        <w:t>C) Nature of the electrodes</w:t>
      </w:r>
    </w:p>
    <w:p w:rsidR="002B019C" w:rsidRDefault="00CA090F">
      <w:pPr>
        <w:spacing w:after="0"/>
        <w:ind w:left="360"/>
      </w:pPr>
      <w:r>
        <w:t>D) Atmospheric pressure</w:t>
      </w:r>
    </w:p>
    <w:p w:rsidR="002B019C" w:rsidRDefault="00CA090F">
      <w:r>
        <w:rPr>
          <w:b/>
        </w:rPr>
        <w:t>1</w:t>
      </w:r>
      <w:r w:rsidR="00BD00DC">
        <w:rPr>
          <w:b/>
        </w:rPr>
        <w:t>2</w:t>
      </w:r>
      <w:r>
        <w:rPr>
          <w:b/>
        </w:rPr>
        <w:t>. Calculate the quantity of electricity passed when a current of 2.0 A flows for 30 minutes.</w:t>
      </w:r>
    </w:p>
    <w:p w:rsidR="002B019C" w:rsidRDefault="00CA090F">
      <w:pPr>
        <w:spacing w:after="0"/>
        <w:ind w:left="360"/>
      </w:pPr>
      <w:r>
        <w:t>A) 60 C</w:t>
      </w:r>
    </w:p>
    <w:p w:rsidR="002B019C" w:rsidRDefault="00CA090F">
      <w:pPr>
        <w:spacing w:after="0"/>
        <w:ind w:left="360"/>
      </w:pPr>
      <w:r>
        <w:t>B) 1,200 C</w:t>
      </w:r>
    </w:p>
    <w:p w:rsidR="002B019C" w:rsidRDefault="00CA090F">
      <w:pPr>
        <w:spacing w:after="0"/>
        <w:ind w:left="360"/>
      </w:pPr>
      <w:r>
        <w:t>C) 3,600 C</w:t>
      </w:r>
    </w:p>
    <w:p w:rsidR="002B019C" w:rsidRDefault="00CA090F">
      <w:pPr>
        <w:spacing w:after="0"/>
        <w:ind w:left="360"/>
      </w:pPr>
      <w:r>
        <w:t>D) 7,200 C</w:t>
      </w:r>
    </w:p>
    <w:p w:rsidR="002B019C" w:rsidRDefault="00CA090F">
      <w:r>
        <w:rPr>
          <w:b/>
        </w:rPr>
        <w:t>1</w:t>
      </w:r>
      <w:r w:rsidR="00BD00DC">
        <w:rPr>
          <w:b/>
        </w:rPr>
        <w:t>3</w:t>
      </w:r>
      <w:r>
        <w:rPr>
          <w:b/>
        </w:rPr>
        <w:t>. Which electrode reaction represents reduction during electrolysis?</w:t>
      </w:r>
    </w:p>
    <w:p w:rsidR="002B019C" w:rsidRDefault="00CA090F">
      <w:pPr>
        <w:spacing w:after="0"/>
        <w:ind w:left="360"/>
      </w:pPr>
      <w:r>
        <w:t>A) 2Cl⁻ → Cl₂ + 2e⁻</w:t>
      </w:r>
    </w:p>
    <w:p w:rsidR="002B019C" w:rsidRDefault="00CA090F">
      <w:pPr>
        <w:spacing w:after="0"/>
        <w:ind w:left="360"/>
      </w:pPr>
      <w:r>
        <w:t>B) Cu²⁺ + 2e⁻ → Cu</w:t>
      </w:r>
    </w:p>
    <w:p w:rsidR="002B019C" w:rsidRDefault="00CA090F">
      <w:pPr>
        <w:spacing w:after="0"/>
        <w:ind w:left="360"/>
      </w:pPr>
      <w:r>
        <w:t xml:space="preserve">C) 4OH⁻ → </w:t>
      </w:r>
      <w:r>
        <w:t>2H₂O + O₂ + 4e⁻</w:t>
      </w:r>
    </w:p>
    <w:p w:rsidR="002B019C" w:rsidRDefault="00CA090F" w:rsidP="00BD00DC">
      <w:pPr>
        <w:spacing w:after="0"/>
        <w:ind w:left="360"/>
      </w:pPr>
      <w:r>
        <w:t>D) Fe²⁺ → Fe³⁺ + e⁻</w:t>
      </w:r>
    </w:p>
    <w:p w:rsidR="00BD00DC" w:rsidRDefault="00BD00DC" w:rsidP="00BD00DC">
      <w:pPr>
        <w:spacing w:after="0"/>
        <w:ind w:left="360"/>
      </w:pPr>
    </w:p>
    <w:p w:rsidR="002B019C" w:rsidRDefault="00CA090F">
      <w:r>
        <w:rPr>
          <w:b/>
        </w:rPr>
        <w:lastRenderedPageBreak/>
        <w:t>1</w:t>
      </w:r>
      <w:r w:rsidR="00BD00DC">
        <w:rPr>
          <w:b/>
        </w:rPr>
        <w:t>4</w:t>
      </w:r>
      <w:r>
        <w:rPr>
          <w:b/>
        </w:rPr>
        <w:t>. In a galvanic (voltaic) cell, chemical energy is converted into:</w:t>
      </w:r>
    </w:p>
    <w:p w:rsidR="002B019C" w:rsidRDefault="00CA090F">
      <w:pPr>
        <w:spacing w:after="0"/>
        <w:ind w:left="360"/>
      </w:pPr>
      <w:r>
        <w:t>A) Heat energy</w:t>
      </w:r>
    </w:p>
    <w:p w:rsidR="002B019C" w:rsidRDefault="00CA090F">
      <w:pPr>
        <w:spacing w:after="0"/>
        <w:ind w:left="360"/>
      </w:pPr>
      <w:r>
        <w:t>B) Light energy</w:t>
      </w:r>
    </w:p>
    <w:p w:rsidR="002B019C" w:rsidRDefault="00CA090F">
      <w:pPr>
        <w:spacing w:after="0"/>
        <w:ind w:left="360"/>
      </w:pPr>
      <w:r>
        <w:t>C) Electrical energy</w:t>
      </w:r>
    </w:p>
    <w:p w:rsidR="002B019C" w:rsidRDefault="00CA090F">
      <w:pPr>
        <w:spacing w:after="0"/>
        <w:ind w:left="360"/>
      </w:pPr>
      <w:r>
        <w:t>D) Mechanical energy</w:t>
      </w:r>
    </w:p>
    <w:p w:rsidR="002B019C" w:rsidRDefault="00CA090F">
      <w:r>
        <w:rPr>
          <w:b/>
        </w:rPr>
        <w:t>1</w:t>
      </w:r>
      <w:r w:rsidR="00BD00DC">
        <w:rPr>
          <w:b/>
        </w:rPr>
        <w:t>5</w:t>
      </w:r>
      <w:r>
        <w:rPr>
          <w:b/>
        </w:rPr>
        <w:t xml:space="preserve">. What is the primary function of a salt </w:t>
      </w:r>
      <w:r>
        <w:rPr>
          <w:b/>
        </w:rPr>
        <w:t>bridge in an electrochemical cell?</w:t>
      </w:r>
    </w:p>
    <w:p w:rsidR="002B019C" w:rsidRDefault="00CA090F">
      <w:pPr>
        <w:spacing w:after="0"/>
        <w:ind w:left="360"/>
      </w:pPr>
      <w:r>
        <w:t>A) To allow electrons to flow between half-cells</w:t>
      </w:r>
    </w:p>
    <w:p w:rsidR="002B019C" w:rsidRDefault="00CA090F">
      <w:pPr>
        <w:spacing w:after="0"/>
        <w:ind w:left="360"/>
      </w:pPr>
      <w:r>
        <w:t>B) To complete the circuit and maintain electrical neutrality</w:t>
      </w:r>
    </w:p>
    <w:p w:rsidR="002B019C" w:rsidRDefault="00CA090F">
      <w:pPr>
        <w:spacing w:after="0"/>
        <w:ind w:left="360"/>
      </w:pPr>
      <w:r>
        <w:t>C) To increase the oxidation potential of the anode</w:t>
      </w:r>
    </w:p>
    <w:p w:rsidR="002B019C" w:rsidRDefault="00CA090F">
      <w:pPr>
        <w:spacing w:after="0"/>
        <w:ind w:left="360"/>
      </w:pPr>
      <w:r>
        <w:t>D) To prevent gas discharge at the cathode</w:t>
      </w:r>
    </w:p>
    <w:p w:rsidR="002B019C" w:rsidRDefault="002B019C" w:rsidP="00BD00DC">
      <w:pPr>
        <w:spacing w:after="0"/>
      </w:pPr>
    </w:p>
    <w:p w:rsidR="002B019C" w:rsidRDefault="00BD00DC">
      <w:r>
        <w:rPr>
          <w:b/>
        </w:rPr>
        <w:t>16</w:t>
      </w:r>
      <w:r w:rsidR="00CA090F">
        <w:rPr>
          <w:b/>
        </w:rPr>
        <w:t>. Which apparatus is used to deliver a precise fixed volume (25.0 cm³) of liquid during volumetric analysis?</w:t>
      </w:r>
    </w:p>
    <w:p w:rsidR="002B019C" w:rsidRDefault="00CA090F">
      <w:pPr>
        <w:spacing w:after="0"/>
        <w:ind w:left="360"/>
      </w:pPr>
      <w:r>
        <w:t>A) Burette</w:t>
      </w:r>
    </w:p>
    <w:p w:rsidR="002B019C" w:rsidRDefault="00CA090F">
      <w:pPr>
        <w:spacing w:after="0"/>
        <w:ind w:left="360"/>
      </w:pPr>
      <w:r>
        <w:t xml:space="preserve">B) Measuring </w:t>
      </w:r>
      <w:r>
        <w:t>cylinder</w:t>
      </w:r>
    </w:p>
    <w:p w:rsidR="002B019C" w:rsidRDefault="00CA090F">
      <w:pPr>
        <w:spacing w:after="0"/>
        <w:ind w:left="360"/>
      </w:pPr>
      <w:r>
        <w:t>C) Pipette</w:t>
      </w:r>
    </w:p>
    <w:p w:rsidR="002B019C" w:rsidRDefault="00CA090F">
      <w:pPr>
        <w:spacing w:after="0"/>
        <w:ind w:left="360"/>
      </w:pPr>
      <w:r>
        <w:t>D) Beaker</w:t>
      </w:r>
    </w:p>
    <w:p w:rsidR="002B019C" w:rsidRDefault="00BD00DC">
      <w:r>
        <w:rPr>
          <w:b/>
        </w:rPr>
        <w:t>17</w:t>
      </w:r>
      <w:r w:rsidR="00CA090F">
        <w:rPr>
          <w:b/>
        </w:rPr>
        <w:t>. A solution of known concentration used to determine the con</w:t>
      </w:r>
      <w:r w:rsidR="00CA090F">
        <w:rPr>
          <w:b/>
        </w:rPr>
        <w:t>centration of another solution is a:</w:t>
      </w:r>
    </w:p>
    <w:p w:rsidR="002B019C" w:rsidRDefault="00CA090F">
      <w:pPr>
        <w:spacing w:after="0"/>
        <w:ind w:left="360"/>
      </w:pPr>
      <w:r>
        <w:t>A) Saturated solution</w:t>
      </w:r>
    </w:p>
    <w:p w:rsidR="002B019C" w:rsidRDefault="00CA090F">
      <w:pPr>
        <w:spacing w:after="0"/>
        <w:ind w:left="360"/>
      </w:pPr>
      <w:r>
        <w:t>B) Standard solution</w:t>
      </w:r>
    </w:p>
    <w:p w:rsidR="002B019C" w:rsidRDefault="00CA090F">
      <w:pPr>
        <w:spacing w:after="0"/>
        <w:ind w:left="360"/>
      </w:pPr>
      <w:r>
        <w:t>C) Buffer solution</w:t>
      </w:r>
    </w:p>
    <w:p w:rsidR="002B019C" w:rsidRDefault="00CA090F" w:rsidP="007052C8">
      <w:pPr>
        <w:spacing w:after="0"/>
        <w:ind w:left="360"/>
      </w:pPr>
      <w:r>
        <w:t>D) Concentrated solution</w:t>
      </w:r>
    </w:p>
    <w:p w:rsidR="002B019C" w:rsidRDefault="007052C8">
      <w:r>
        <w:rPr>
          <w:b/>
        </w:rPr>
        <w:t>18</w:t>
      </w:r>
      <w:r w:rsidR="00CA090F">
        <w:rPr>
          <w:b/>
        </w:rPr>
        <w:t>. Methyl orange indicator turns red in:</w:t>
      </w:r>
    </w:p>
    <w:p w:rsidR="002B019C" w:rsidRDefault="00CA090F">
      <w:pPr>
        <w:spacing w:after="0"/>
        <w:ind w:left="360"/>
      </w:pPr>
      <w:r>
        <w:t>A) Neutral solutions</w:t>
      </w:r>
    </w:p>
    <w:p w:rsidR="002B019C" w:rsidRDefault="00CA090F">
      <w:pPr>
        <w:spacing w:after="0"/>
        <w:ind w:left="360"/>
      </w:pPr>
      <w:r>
        <w:t>B) Alkaline solutions</w:t>
      </w:r>
    </w:p>
    <w:p w:rsidR="002B019C" w:rsidRDefault="00CA090F">
      <w:pPr>
        <w:spacing w:after="0"/>
        <w:ind w:left="360"/>
      </w:pPr>
      <w:r>
        <w:t>C) Acidic solutions</w:t>
      </w:r>
    </w:p>
    <w:p w:rsidR="002B019C" w:rsidRDefault="00CA090F" w:rsidP="00BD00DC">
      <w:pPr>
        <w:spacing w:after="0"/>
        <w:ind w:left="360"/>
      </w:pPr>
      <w:r>
        <w:t>D) Pure distilled water</w:t>
      </w:r>
    </w:p>
    <w:p w:rsidR="002B019C" w:rsidRDefault="00BD00DC">
      <w:r>
        <w:rPr>
          <w:b/>
        </w:rPr>
        <w:t>19</w:t>
      </w:r>
      <w:r w:rsidR="00CA090F">
        <w:rPr>
          <w:b/>
        </w:rPr>
        <w:t>. The solubility of a solute in a solvent at a given temperature is usually expressed in:</w:t>
      </w:r>
    </w:p>
    <w:p w:rsidR="002B019C" w:rsidRDefault="00CA090F">
      <w:pPr>
        <w:spacing w:after="0"/>
        <w:ind w:left="360"/>
      </w:pPr>
      <w:r>
        <w:t>A) g/cm³</w:t>
      </w:r>
    </w:p>
    <w:p w:rsidR="002B019C" w:rsidRDefault="00CA090F">
      <w:pPr>
        <w:spacing w:after="0"/>
        <w:ind w:left="360"/>
      </w:pPr>
      <w:r>
        <w:t>B) mol/dm³</w:t>
      </w:r>
    </w:p>
    <w:p w:rsidR="002B019C" w:rsidRDefault="00CA090F">
      <w:pPr>
        <w:spacing w:after="0"/>
        <w:ind w:left="360"/>
      </w:pPr>
      <w:r>
        <w:t>C) g/dm²</w:t>
      </w:r>
    </w:p>
    <w:p w:rsidR="002B019C" w:rsidRDefault="00CA090F">
      <w:pPr>
        <w:spacing w:after="0"/>
        <w:ind w:left="360"/>
      </w:pPr>
      <w:r>
        <w:t>D) mol/kg</w:t>
      </w:r>
    </w:p>
    <w:p w:rsidR="002B019C" w:rsidRDefault="00BD00DC">
      <w:r>
        <w:rPr>
          <w:b/>
        </w:rPr>
        <w:t>20</w:t>
      </w:r>
      <w:r w:rsidR="00CA090F">
        <w:rPr>
          <w:b/>
        </w:rPr>
        <w:t>. The solubility of most solid solutes in liquid solvents generally:</w:t>
      </w:r>
    </w:p>
    <w:p w:rsidR="002B019C" w:rsidRDefault="00CA090F">
      <w:pPr>
        <w:spacing w:after="0"/>
        <w:ind w:left="360"/>
      </w:pPr>
      <w:r>
        <w:t>A) Decreases with increasing temperature</w:t>
      </w:r>
    </w:p>
    <w:p w:rsidR="002B019C" w:rsidRDefault="00CA090F">
      <w:pPr>
        <w:spacing w:after="0"/>
        <w:ind w:left="360"/>
      </w:pPr>
      <w:r>
        <w:t>B) Increases with increasing temperatur</w:t>
      </w:r>
      <w:r>
        <w:t>e</w:t>
      </w:r>
    </w:p>
    <w:p w:rsidR="002B019C" w:rsidRDefault="00CA090F">
      <w:pPr>
        <w:spacing w:after="0"/>
        <w:ind w:left="360"/>
      </w:pPr>
      <w:r>
        <w:t>C) Remains unchanged by temperature</w:t>
      </w:r>
    </w:p>
    <w:p w:rsidR="002B019C" w:rsidRDefault="00CA090F">
      <w:pPr>
        <w:spacing w:after="0"/>
        <w:ind w:left="360"/>
      </w:pPr>
      <w:r>
        <w:t>D) Decreases with increasing pressure</w:t>
      </w:r>
    </w:p>
    <w:p w:rsidR="002B019C" w:rsidRDefault="002B019C"/>
    <w:p w:rsidR="009B3C48" w:rsidRDefault="009B3C48">
      <w:pPr>
        <w:jc w:val="center"/>
        <w:rPr>
          <w:b/>
          <w:sz w:val="28"/>
        </w:rPr>
      </w:pPr>
    </w:p>
    <w:p w:rsidR="002B019C" w:rsidRDefault="00CA090F">
      <w:pPr>
        <w:jc w:val="center"/>
      </w:pPr>
      <w:r>
        <w:rPr>
          <w:b/>
          <w:sz w:val="28"/>
        </w:rPr>
        <w:lastRenderedPageBreak/>
        <w:t>SECTION B: THEORY QUESTIONS</w:t>
      </w:r>
    </w:p>
    <w:p w:rsidR="002B019C" w:rsidRDefault="00CA090F">
      <w:r>
        <w:rPr>
          <w:b/>
        </w:rPr>
        <w:t xml:space="preserve">Instructions: </w:t>
      </w:r>
      <w:r>
        <w:t xml:space="preserve">Answer </w:t>
      </w:r>
      <w:r w:rsidR="009B3C48">
        <w:t>four</w:t>
      </w:r>
      <w:r>
        <w:t xml:space="preserve"> questions </w:t>
      </w:r>
      <w:r w:rsidR="009B3C48">
        <w:t>on</w:t>
      </w:r>
      <w:r>
        <w:t>ly. Show calculations, chemical equations, and diagrams where required.</w:t>
      </w:r>
    </w:p>
    <w:p w:rsidR="002B019C" w:rsidRDefault="00CA090F">
      <w:r>
        <w:rPr>
          <w:b/>
        </w:rPr>
        <w:t>Question 1</w:t>
      </w:r>
    </w:p>
    <w:p w:rsidR="002B019C" w:rsidRDefault="00CA090F">
      <w:pPr>
        <w:spacing w:after="40"/>
        <w:ind w:left="360"/>
      </w:pPr>
      <w:r>
        <w:t>(a) Define environmental pollution.</w:t>
      </w:r>
    </w:p>
    <w:p w:rsidR="002B019C" w:rsidRDefault="00CA090F">
      <w:pPr>
        <w:spacing w:after="40"/>
        <w:ind w:left="360"/>
      </w:pPr>
      <w:r>
        <w:t>(b) Outline three major atmosph</w:t>
      </w:r>
      <w:r>
        <w:t>eric pollutants, stating for each:</w:t>
      </w:r>
    </w:p>
    <w:p w:rsidR="002B019C" w:rsidRDefault="00CA090F">
      <w:pPr>
        <w:spacing w:after="40"/>
        <w:ind w:left="360"/>
      </w:pPr>
      <w:r>
        <w:t xml:space="preserve">    i) One principal source.</w:t>
      </w:r>
    </w:p>
    <w:p w:rsidR="002B019C" w:rsidRDefault="00CA090F" w:rsidP="007052C8">
      <w:pPr>
        <w:spacing w:after="40"/>
        <w:ind w:left="360"/>
      </w:pPr>
      <w:r>
        <w:t xml:space="preserve">    ii) One major environmental effect.</w:t>
      </w:r>
    </w:p>
    <w:p w:rsidR="002B019C" w:rsidRDefault="00CA090F">
      <w:r>
        <w:rPr>
          <w:b/>
        </w:rPr>
        <w:t>Q</w:t>
      </w:r>
      <w:r>
        <w:rPr>
          <w:b/>
        </w:rPr>
        <w:t>uestion 2</w:t>
      </w:r>
    </w:p>
    <w:p w:rsidR="002B019C" w:rsidRDefault="00E26ADE">
      <w:pPr>
        <w:spacing w:after="40"/>
        <w:ind w:left="360"/>
      </w:pPr>
      <w:r>
        <w:t xml:space="preserve">(a) Differentiate between toxicants and pollutants </w:t>
      </w:r>
    </w:p>
    <w:p w:rsidR="002B019C" w:rsidRDefault="00CA090F" w:rsidP="007052C8">
      <w:pPr>
        <w:spacing w:after="40"/>
        <w:ind w:left="360"/>
      </w:pPr>
      <w:r>
        <w:t>(b) Differentiate between biodegradable and non-biodegradable pollutants, providing two examples of each.</w:t>
      </w:r>
    </w:p>
    <w:p w:rsidR="002B019C" w:rsidRDefault="00CA090F">
      <w:r>
        <w:rPr>
          <w:b/>
        </w:rPr>
        <w:t>Question 3</w:t>
      </w:r>
    </w:p>
    <w:p w:rsidR="002B019C" w:rsidRDefault="00CA090F">
      <w:pPr>
        <w:spacing w:after="40"/>
        <w:ind w:left="360"/>
      </w:pPr>
      <w:r>
        <w:t xml:space="preserve">(a) State Faraday’s First and Second Laws of Electrolysis </w:t>
      </w:r>
    </w:p>
    <w:p w:rsidR="002B019C" w:rsidRDefault="00CA090F">
      <w:pPr>
        <w:spacing w:after="40"/>
        <w:ind w:left="360"/>
      </w:pPr>
      <w:r>
        <w:t xml:space="preserve">(b) Calculate the mass of copper deposited at the cathode when a current of 2.50 A is passed through a solution of </w:t>
      </w:r>
      <w:proofErr w:type="gramStart"/>
      <w:r>
        <w:t>copper(</w:t>
      </w:r>
      <w:proofErr w:type="gramEnd"/>
      <w:r>
        <w:t>II) sulfate (CuS</w:t>
      </w:r>
      <w:r>
        <w:t>O₄) for 1 hour and 15 minutes.</w:t>
      </w:r>
    </w:p>
    <w:p w:rsidR="002B019C" w:rsidRDefault="00CA090F" w:rsidP="007052C8">
      <w:pPr>
        <w:spacing w:after="40"/>
        <w:ind w:left="360"/>
      </w:pPr>
      <w:r>
        <w:t xml:space="preserve">    (Relative atomic mass: Cu = 63.5; 1 Faraday = 96,500 C/mol)</w:t>
      </w:r>
    </w:p>
    <w:p w:rsidR="002B019C" w:rsidRDefault="00CA090F">
      <w:r>
        <w:rPr>
          <w:b/>
        </w:rPr>
        <w:t xml:space="preserve">Question </w:t>
      </w:r>
      <w:r w:rsidR="007052C8">
        <w:rPr>
          <w:b/>
        </w:rPr>
        <w:t>4</w:t>
      </w:r>
    </w:p>
    <w:p w:rsidR="002B019C" w:rsidRDefault="00CA090F">
      <w:pPr>
        <w:spacing w:after="40"/>
        <w:ind w:left="360"/>
      </w:pPr>
      <w:r>
        <w:t>(a) Define the following terms in volumetric analysis:</w:t>
      </w:r>
    </w:p>
    <w:p w:rsidR="002B019C" w:rsidRDefault="00CA090F">
      <w:pPr>
        <w:spacing w:after="40"/>
        <w:ind w:left="360"/>
      </w:pPr>
      <w:r>
        <w:t xml:space="preserve">    i) Standard solution.</w:t>
      </w:r>
    </w:p>
    <w:p w:rsidR="002B019C" w:rsidRDefault="00CA090F">
      <w:pPr>
        <w:spacing w:after="40"/>
        <w:ind w:left="360"/>
      </w:pPr>
      <w:r>
        <w:t xml:space="preserve">    ii) End-point.</w:t>
      </w:r>
    </w:p>
    <w:p w:rsidR="002B019C" w:rsidRDefault="00CA090F" w:rsidP="00E26ADE">
      <w:pPr>
        <w:spacing w:after="40"/>
        <w:ind w:left="360"/>
      </w:pPr>
      <w:r>
        <w:t xml:space="preserve"> </w:t>
      </w:r>
      <w:r>
        <w:t xml:space="preserve">   iii) Primary standard.</w:t>
      </w:r>
    </w:p>
    <w:p w:rsidR="002B019C" w:rsidRDefault="00CA090F">
      <w:r>
        <w:rPr>
          <w:b/>
        </w:rPr>
        <w:t xml:space="preserve">Question </w:t>
      </w:r>
      <w:r w:rsidR="00E26ADE">
        <w:rPr>
          <w:b/>
        </w:rPr>
        <w:t>5</w:t>
      </w:r>
    </w:p>
    <w:p w:rsidR="002B019C" w:rsidRDefault="00CA090F" w:rsidP="007052C8">
      <w:pPr>
        <w:spacing w:after="40"/>
        <w:ind w:left="360"/>
      </w:pPr>
      <w:r>
        <w:t>(a) Define the solubility of a solute in a solvent at a given temperature.</w:t>
      </w:r>
    </w:p>
    <w:p w:rsidR="002B019C" w:rsidRDefault="00CA090F">
      <w:pPr>
        <w:spacing w:after="40"/>
        <w:ind w:left="360"/>
      </w:pPr>
      <w:r>
        <w:t>(c) State three factors that affect the rate of dissolution of a solid solute in a liquid solvent.</w:t>
      </w:r>
    </w:p>
    <w:p w:rsidR="002B019C" w:rsidRDefault="00CA090F">
      <w:r>
        <w:rPr>
          <w:b/>
        </w:rPr>
        <w:t xml:space="preserve">Question </w:t>
      </w:r>
      <w:r w:rsidR="00E26ADE">
        <w:rPr>
          <w:b/>
        </w:rPr>
        <w:t>6</w:t>
      </w:r>
    </w:p>
    <w:p w:rsidR="002B019C" w:rsidRDefault="00CA090F" w:rsidP="00E26ADE">
      <w:pPr>
        <w:spacing w:after="40"/>
        <w:ind w:left="360"/>
      </w:pPr>
      <w:r>
        <w:t xml:space="preserve">(a) Distinguish </w:t>
      </w:r>
      <w:r>
        <w:t>between saturated, unsaturated, and supersaturated solutions.</w:t>
      </w:r>
    </w:p>
    <w:p w:rsidR="002B019C" w:rsidRDefault="00CA090F" w:rsidP="007052C8">
      <w:pPr>
        <w:spacing w:after="40"/>
        <w:ind w:left="360"/>
      </w:pPr>
      <w:r>
        <w:t>(</w:t>
      </w:r>
      <w:r w:rsidR="00E26ADE">
        <w:t>b</w:t>
      </w:r>
      <w:r>
        <w:t>) S</w:t>
      </w:r>
      <w:r w:rsidR="007052C8">
        <w:t xml:space="preserve">tate four importance of </w:t>
      </w:r>
      <w:r>
        <w:t>solubility cu</w:t>
      </w:r>
      <w:r>
        <w:t>r</w:t>
      </w:r>
      <w:r>
        <w:t>v</w:t>
      </w:r>
      <w:r>
        <w:t>e</w:t>
      </w:r>
    </w:p>
    <w:p w:rsidR="002B019C" w:rsidRDefault="002B019C"/>
    <w:sectPr w:rsidR="002B019C" w:rsidSect="00034616">
      <w:pgSz w:w="12240" w:h="15840"/>
      <w:pgMar w:top="1000" w:right="1100" w:bottom="1000" w:left="11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019C"/>
    <w:rsid w:val="00326F90"/>
    <w:rsid w:val="007052C8"/>
    <w:rsid w:val="009B3C48"/>
    <w:rsid w:val="00AA1D8D"/>
    <w:rsid w:val="00B47730"/>
    <w:rsid w:val="00BD00DC"/>
    <w:rsid w:val="00CA090F"/>
    <w:rsid w:val="00CB0664"/>
    <w:rsid w:val="00E26A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A03A92"/>
  <w14:defaultImageDpi w14:val="300"/>
  <w15:docId w15:val="{EA54704D-BE16-4D7A-AADB-8C6E22B3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06DA956-63D6-4AB6-A3E7-A0BC92842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758</Words>
  <Characters>4323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2026-10-18T09:08:00Z</dcterms:modified>
  <cp:category/>
</cp:coreProperties>
</file>