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365" w:rsidRDefault="00F64365" w:rsidP="00F64365">
      <w:pPr>
        <w:spacing w:line="240" w:lineRule="auto"/>
        <w:jc w:val="center"/>
        <w:rPr>
          <w:rFonts w:ascii="Arial Black" w:hAnsi="Arial Black"/>
          <w:b/>
          <w:sz w:val="22"/>
        </w:rPr>
      </w:pPr>
      <w:bookmarkStart w:id="0" w:name="_GoBack"/>
      <w:bookmarkEnd w:id="0"/>
      <w:r>
        <w:rPr>
          <w:rFonts w:ascii="Arial Black" w:hAnsi="Arial Black"/>
          <w:b/>
        </w:rPr>
        <w:t>KEYSTONE BRITISH ARTS AND SCIENCE HIGH SCHOOL</w:t>
      </w:r>
    </w:p>
    <w:p w:rsidR="00F64365" w:rsidRDefault="00F64365" w:rsidP="00F64365">
      <w:pPr>
        <w:spacing w:line="240" w:lineRule="auto"/>
        <w:jc w:val="center"/>
        <w:rPr>
          <w:rFonts w:ascii="Arial Black" w:hAnsi="Arial Black"/>
        </w:rPr>
      </w:pPr>
      <w:r>
        <w:rPr>
          <w:rFonts w:ascii="Arial Black" w:hAnsi="Arial Black"/>
        </w:rPr>
        <w:t>FIRST TERM TEST ON MATHEMATICS FOR 2026/2027 SESSION</w:t>
      </w:r>
    </w:p>
    <w:p w:rsidR="00F64365" w:rsidRDefault="00F64365" w:rsidP="00F64365">
      <w:pPr>
        <w:spacing w:line="240" w:lineRule="auto"/>
        <w:jc w:val="center"/>
        <w:rPr>
          <w:rFonts w:ascii="Arial Black" w:hAnsi="Arial Black"/>
        </w:rPr>
      </w:pPr>
      <w:r>
        <w:rPr>
          <w:rFonts w:ascii="Arial Black" w:hAnsi="Arial Black"/>
        </w:rPr>
        <w:t>CLASS: GRADE 1</w:t>
      </w:r>
      <w:r>
        <w:rPr>
          <w:rFonts w:ascii="Arial Black" w:hAnsi="Arial Black"/>
        </w:rPr>
        <w:t>1</w:t>
      </w:r>
      <w:r>
        <w:rPr>
          <w:rFonts w:ascii="Arial Black" w:hAnsi="Arial Black"/>
        </w:rPr>
        <w:t xml:space="preserve">                                      DURATION: 1 HOUR</w:t>
      </w:r>
    </w:p>
    <w:p w:rsidR="00F64365" w:rsidRDefault="00F64365" w:rsidP="00F64365">
      <w:pPr>
        <w:spacing w:line="240" w:lineRule="auto"/>
        <w:jc w:val="center"/>
        <w:rPr>
          <w:rFonts w:ascii="Arial Black" w:hAnsi="Arial Black"/>
        </w:rPr>
      </w:pPr>
      <w:r>
        <w:rPr>
          <w:rFonts w:ascii="Arial Black" w:hAnsi="Arial Black"/>
        </w:rPr>
        <w:t>SECTION A: OBJECTIVE QUESTIONS</w:t>
      </w:r>
    </w:p>
    <w:p w:rsidR="00F64365" w:rsidRDefault="00F64365" w:rsidP="00F64365">
      <w:r>
        <w:rPr>
          <w:rFonts w:ascii="Arial Black" w:hAnsi="Arial Black"/>
        </w:rPr>
        <w:t xml:space="preserve">                                    ANSWER ALL QUESTIONS</w:t>
      </w:r>
    </w:p>
    <w:p w:rsidR="004A1F30" w:rsidRDefault="004A1F30" w:rsidP="00F64365"/>
    <w:p w:rsidR="004A1F30" w:rsidRPr="00F64365" w:rsidRDefault="00F64365">
      <w:pPr>
        <w:rPr>
          <w:b/>
          <w:sz w:val="28"/>
        </w:rPr>
      </w:pPr>
      <w:r w:rsidRPr="00F64365">
        <w:rPr>
          <w:b/>
          <w:sz w:val="28"/>
        </w:rPr>
        <w:t>Instructions: Choose the correct option for each question.</w:t>
      </w:r>
    </w:p>
    <w:p w:rsidR="004A1F30" w:rsidRPr="00F64365" w:rsidRDefault="00F64365">
      <w:pPr>
        <w:rPr>
          <w:b/>
        </w:rPr>
      </w:pPr>
      <w:r w:rsidRPr="00F64365">
        <w:rPr>
          <w:b/>
        </w:rPr>
        <w:t>1. Express 0.0003045 in standard form correct to 3 significant figures.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3.04 × 10⁻⁴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3.05 × 10⁻⁴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3.05 × 10⁻³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 xml:space="preserve">D. 3.04 × </w:t>
      </w:r>
      <w:r w:rsidRPr="00F64365">
        <w:rPr>
          <w:b/>
        </w:rPr>
        <w:t>10⁻³</w:t>
      </w:r>
    </w:p>
    <w:p w:rsidR="004A1F30" w:rsidRPr="00F64365" w:rsidRDefault="00F64365">
      <w:pPr>
        <w:rPr>
          <w:b/>
        </w:rPr>
      </w:pPr>
      <w:r w:rsidRPr="00F64365">
        <w:rPr>
          <w:b/>
        </w:rPr>
        <w:t>2. A student measured the length of a table as 1.25 m instead of 1.20 m. Calculate the percentage error.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4.17%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5.00%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4.00%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D. 3.85%</w:t>
      </w:r>
    </w:p>
    <w:p w:rsidR="004A1F30" w:rsidRPr="00F64365" w:rsidRDefault="00F64365">
      <w:pPr>
        <w:rPr>
          <w:b/>
        </w:rPr>
      </w:pPr>
      <w:r w:rsidRPr="00F64365">
        <w:rPr>
          <w:b/>
        </w:rPr>
        <w:t>3. Express 458,900 in standard form.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4.589 × 10⁵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4.589 × 10⁴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45.89 × 10⁴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D. 4.589 × 10⁻⁵</w:t>
      </w:r>
    </w:p>
    <w:p w:rsidR="004A1F30" w:rsidRPr="00F64365" w:rsidRDefault="00F64365">
      <w:pPr>
        <w:rPr>
          <w:b/>
        </w:rPr>
      </w:pPr>
      <w:r w:rsidRPr="00F64365">
        <w:rPr>
          <w:b/>
        </w:rPr>
        <w:t xml:space="preserve">4. Evaluate </w:t>
      </w:r>
      <w:r w:rsidRPr="00F64365">
        <w:rPr>
          <w:b/>
        </w:rPr>
        <w:t>log₁₀ 1000.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2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lastRenderedPageBreak/>
        <w:t>B. 3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4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D. 10</w:t>
      </w:r>
    </w:p>
    <w:p w:rsidR="004A1F30" w:rsidRPr="00F64365" w:rsidRDefault="00F64365">
      <w:pPr>
        <w:rPr>
          <w:b/>
        </w:rPr>
      </w:pPr>
      <w:r w:rsidRPr="00F64365">
        <w:rPr>
          <w:b/>
        </w:rPr>
        <w:t>5. Find the 10th term of the Arithmetic Progression (AP): 3, 7, 11, 15, …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39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40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43</w:t>
      </w:r>
    </w:p>
    <w:p w:rsidR="004A1F30" w:rsidRPr="00F64365" w:rsidRDefault="00F64365" w:rsidP="00C51DA4">
      <w:pPr>
        <w:ind w:left="360"/>
        <w:rPr>
          <w:b/>
        </w:rPr>
      </w:pPr>
      <w:r w:rsidRPr="00F64365">
        <w:rPr>
          <w:b/>
        </w:rPr>
        <w:t>D. 35</w:t>
      </w:r>
    </w:p>
    <w:p w:rsidR="004A1F30" w:rsidRPr="00F64365" w:rsidRDefault="00C51DA4">
      <w:pPr>
        <w:rPr>
          <w:b/>
        </w:rPr>
      </w:pPr>
      <w:r w:rsidRPr="00F64365">
        <w:rPr>
          <w:b/>
        </w:rPr>
        <w:t>6</w:t>
      </w:r>
      <w:r w:rsidR="00F64365" w:rsidRPr="00F64365">
        <w:rPr>
          <w:b/>
        </w:rPr>
        <w:t xml:space="preserve">. Round off 0.05678 to 2 significant </w:t>
      </w:r>
      <w:r w:rsidR="00F64365" w:rsidRPr="00F64365">
        <w:rPr>
          <w:b/>
        </w:rPr>
        <w:t>figures.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0.05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0.056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0.057</w:t>
      </w:r>
    </w:p>
    <w:p w:rsidR="004A1F30" w:rsidRPr="00F64365" w:rsidRDefault="00F64365" w:rsidP="00C51DA4">
      <w:pPr>
        <w:ind w:left="360"/>
        <w:rPr>
          <w:b/>
        </w:rPr>
      </w:pPr>
      <w:r w:rsidRPr="00F64365">
        <w:rPr>
          <w:b/>
        </w:rPr>
        <w:t>D. 0.060</w:t>
      </w:r>
    </w:p>
    <w:p w:rsidR="004A1F30" w:rsidRPr="00F64365" w:rsidRDefault="00C51DA4">
      <w:pPr>
        <w:rPr>
          <w:b/>
        </w:rPr>
      </w:pPr>
      <w:r w:rsidRPr="00F64365">
        <w:rPr>
          <w:b/>
        </w:rPr>
        <w:t>7</w:t>
      </w:r>
      <w:r w:rsidR="00F64365" w:rsidRPr="00F64365">
        <w:rPr>
          <w:b/>
        </w:rPr>
        <w:t>. The sum of the first n terms of an AP is given by Sₙ = n/2 [2a + (n−</w:t>
      </w:r>
      <w:proofErr w:type="gramStart"/>
      <w:r w:rsidR="00F64365" w:rsidRPr="00F64365">
        <w:rPr>
          <w:b/>
        </w:rPr>
        <w:t>1)d</w:t>
      </w:r>
      <w:proofErr w:type="gramEnd"/>
      <w:r w:rsidR="00F64365" w:rsidRPr="00F64365">
        <w:rPr>
          <w:b/>
        </w:rPr>
        <w:t>]. If a = 2, d = 3, find S₁₀.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155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145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130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D. 120</w:t>
      </w:r>
    </w:p>
    <w:p w:rsidR="004A1F30" w:rsidRPr="00F64365" w:rsidRDefault="00C51DA4">
      <w:pPr>
        <w:rPr>
          <w:b/>
        </w:rPr>
      </w:pPr>
      <w:r w:rsidRPr="00F64365">
        <w:rPr>
          <w:b/>
        </w:rPr>
        <w:t>8</w:t>
      </w:r>
      <w:r w:rsidR="00F64365" w:rsidRPr="00F64365">
        <w:rPr>
          <w:b/>
        </w:rPr>
        <w:t>. Express 0.0078 in stan</w:t>
      </w:r>
      <w:r w:rsidR="00F64365" w:rsidRPr="00F64365">
        <w:rPr>
          <w:b/>
        </w:rPr>
        <w:t>dard form.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7.8 × 10⁻²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7.8 × 10⁻³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7.8 × 10⁻⁴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D. 78 × 10⁻⁴</w:t>
      </w:r>
    </w:p>
    <w:p w:rsidR="004A1F30" w:rsidRPr="00F64365" w:rsidRDefault="00C51DA4">
      <w:pPr>
        <w:rPr>
          <w:b/>
        </w:rPr>
      </w:pPr>
      <w:r w:rsidRPr="00F64365">
        <w:rPr>
          <w:b/>
        </w:rPr>
        <w:t>9</w:t>
      </w:r>
      <w:r w:rsidR="00F64365" w:rsidRPr="00F64365">
        <w:rPr>
          <w:b/>
        </w:rPr>
        <w:t>. A wire measured as 5.5 cm was actually 5.0 cm. Find the percentage error.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lastRenderedPageBreak/>
        <w:t>A. 10%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9.1%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8.5%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D. 12%</w:t>
      </w:r>
    </w:p>
    <w:p w:rsidR="004A1F30" w:rsidRPr="00F64365" w:rsidRDefault="00F64365">
      <w:pPr>
        <w:rPr>
          <w:b/>
        </w:rPr>
      </w:pPr>
      <w:r w:rsidRPr="00F64365">
        <w:rPr>
          <w:b/>
        </w:rPr>
        <w:t>1</w:t>
      </w:r>
      <w:r w:rsidR="00C51DA4" w:rsidRPr="00F64365">
        <w:rPr>
          <w:b/>
        </w:rPr>
        <w:t>0</w:t>
      </w:r>
      <w:r w:rsidRPr="00F64365">
        <w:rPr>
          <w:b/>
        </w:rPr>
        <w:t>. If log 2 = 0.3010 and log 3 = 0.4771, evaluate log 6.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0.1761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0.7781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 xml:space="preserve">C. </w:t>
      </w:r>
      <w:r w:rsidRPr="00F64365">
        <w:rPr>
          <w:b/>
        </w:rPr>
        <w:t>0.1436</w:t>
      </w:r>
    </w:p>
    <w:p w:rsidR="004A1F30" w:rsidRPr="00F64365" w:rsidRDefault="00F64365" w:rsidP="00C51DA4">
      <w:pPr>
        <w:ind w:left="360"/>
        <w:rPr>
          <w:b/>
        </w:rPr>
      </w:pPr>
      <w:r w:rsidRPr="00F64365">
        <w:rPr>
          <w:b/>
        </w:rPr>
        <w:t>D. 0.6020</w:t>
      </w:r>
    </w:p>
    <w:p w:rsidR="004A1F30" w:rsidRPr="00F64365" w:rsidRDefault="00F64365">
      <w:pPr>
        <w:rPr>
          <w:b/>
        </w:rPr>
      </w:pPr>
      <w:r w:rsidRPr="00F64365">
        <w:rPr>
          <w:b/>
        </w:rPr>
        <w:t>1</w:t>
      </w:r>
      <w:r w:rsidR="00C51DA4" w:rsidRPr="00F64365">
        <w:rPr>
          <w:b/>
        </w:rPr>
        <w:t>1</w:t>
      </w:r>
      <w:r w:rsidRPr="00F64365">
        <w:rPr>
          <w:b/>
        </w:rPr>
        <w:t>. What is the 1st term of an AP whose 5th term is 17 and common difference is 3?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2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5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8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D. 11</w:t>
      </w:r>
    </w:p>
    <w:p w:rsidR="004A1F30" w:rsidRPr="00F64365" w:rsidRDefault="00F64365">
      <w:pPr>
        <w:rPr>
          <w:b/>
        </w:rPr>
      </w:pPr>
      <w:r w:rsidRPr="00F64365">
        <w:rPr>
          <w:b/>
        </w:rPr>
        <w:t>1</w:t>
      </w:r>
      <w:r w:rsidR="00C51DA4" w:rsidRPr="00F64365">
        <w:rPr>
          <w:b/>
        </w:rPr>
        <w:t>2</w:t>
      </w:r>
      <w:r w:rsidRPr="00F64365">
        <w:rPr>
          <w:b/>
        </w:rPr>
        <w:t>. Find the sum of the first 20 terms of the sequence 2, 4, 6, 8, …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400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420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380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 xml:space="preserve">D. </w:t>
      </w:r>
      <w:r w:rsidRPr="00F64365">
        <w:rPr>
          <w:b/>
        </w:rPr>
        <w:t>440</w:t>
      </w:r>
    </w:p>
    <w:p w:rsidR="004A1F30" w:rsidRPr="00F64365" w:rsidRDefault="00F64365">
      <w:pPr>
        <w:rPr>
          <w:b/>
        </w:rPr>
      </w:pPr>
      <w:r w:rsidRPr="00F64365">
        <w:rPr>
          <w:b/>
        </w:rPr>
        <w:t>1</w:t>
      </w:r>
      <w:r w:rsidR="00C51DA4" w:rsidRPr="00F64365">
        <w:rPr>
          <w:b/>
        </w:rPr>
        <w:t>3</w:t>
      </w:r>
      <w:r w:rsidRPr="00F64365">
        <w:rPr>
          <w:b/>
        </w:rPr>
        <w:t>. Round off 34,567 to the nearest hundred.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34,500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34,600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35,000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D. 34,570</w:t>
      </w:r>
    </w:p>
    <w:p w:rsidR="004A1F30" w:rsidRPr="00F64365" w:rsidRDefault="00F64365">
      <w:pPr>
        <w:rPr>
          <w:b/>
        </w:rPr>
      </w:pPr>
      <w:r w:rsidRPr="00F64365">
        <w:rPr>
          <w:b/>
        </w:rPr>
        <w:lastRenderedPageBreak/>
        <w:t>1</w:t>
      </w:r>
      <w:r w:rsidR="00C51DA4" w:rsidRPr="00F64365">
        <w:rPr>
          <w:b/>
        </w:rPr>
        <w:t>4</w:t>
      </w:r>
      <w:r w:rsidRPr="00F64365">
        <w:rPr>
          <w:b/>
        </w:rPr>
        <w:t>. If a length of 20 m is measured as 19.8 m, the absolute error in the measurement is: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0.2 m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−0.2 m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1.0 m</w:t>
      </w:r>
    </w:p>
    <w:p w:rsidR="004A1F30" w:rsidRPr="00F64365" w:rsidRDefault="00F64365" w:rsidP="00C51DA4">
      <w:pPr>
        <w:ind w:left="360"/>
        <w:rPr>
          <w:b/>
        </w:rPr>
      </w:pPr>
      <w:r w:rsidRPr="00F64365">
        <w:rPr>
          <w:b/>
        </w:rPr>
        <w:t>D. 0.02 m</w:t>
      </w:r>
    </w:p>
    <w:p w:rsidR="004A1F30" w:rsidRPr="00F64365" w:rsidRDefault="00C51DA4">
      <w:pPr>
        <w:rPr>
          <w:b/>
        </w:rPr>
      </w:pPr>
      <w:r w:rsidRPr="00F64365">
        <w:rPr>
          <w:b/>
        </w:rPr>
        <w:t>15</w:t>
      </w:r>
      <w:r w:rsidR="00F64365" w:rsidRPr="00F64365">
        <w:rPr>
          <w:b/>
        </w:rPr>
        <w:t>. The nth term of an AP is given by Uₙ = 5n − 2. Find the 8th term.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38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40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42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D. 35</w:t>
      </w:r>
    </w:p>
    <w:p w:rsidR="004A1F30" w:rsidRPr="00F64365" w:rsidRDefault="00C51DA4">
      <w:pPr>
        <w:rPr>
          <w:b/>
        </w:rPr>
      </w:pPr>
      <w:r w:rsidRPr="00F64365">
        <w:rPr>
          <w:b/>
        </w:rPr>
        <w:t>16</w:t>
      </w:r>
      <w:r w:rsidR="00F64365" w:rsidRPr="00F64365">
        <w:rPr>
          <w:b/>
        </w:rPr>
        <w:t>. How many terms are in the AP: 5, 9, 13, …, 41?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9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10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11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D. 12</w:t>
      </w:r>
    </w:p>
    <w:p w:rsidR="004A1F30" w:rsidRPr="00F64365" w:rsidRDefault="00C51DA4">
      <w:pPr>
        <w:rPr>
          <w:b/>
        </w:rPr>
      </w:pPr>
      <w:r w:rsidRPr="00F64365">
        <w:rPr>
          <w:b/>
        </w:rPr>
        <w:t>17</w:t>
      </w:r>
      <w:r w:rsidR="00F64365" w:rsidRPr="00F64365">
        <w:rPr>
          <w:b/>
        </w:rPr>
        <w:t xml:space="preserve">. Convert 0.0000456 </w:t>
      </w:r>
      <w:r w:rsidR="00F64365" w:rsidRPr="00F64365">
        <w:rPr>
          <w:b/>
        </w:rPr>
        <w:t>into standard form.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4.56 × 10⁻⁵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4.56 × 10⁻⁴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45.6 × 10⁻⁶</w:t>
      </w:r>
    </w:p>
    <w:p w:rsidR="004A1F30" w:rsidRPr="00F64365" w:rsidRDefault="00F64365" w:rsidP="0060752E">
      <w:pPr>
        <w:ind w:left="360"/>
        <w:rPr>
          <w:b/>
        </w:rPr>
      </w:pPr>
      <w:r w:rsidRPr="00F64365">
        <w:rPr>
          <w:b/>
        </w:rPr>
        <w:t>D. 4.56 × 10⁻⁶</w:t>
      </w:r>
    </w:p>
    <w:p w:rsidR="004A1F30" w:rsidRPr="00F64365" w:rsidRDefault="0060752E">
      <w:pPr>
        <w:rPr>
          <w:b/>
        </w:rPr>
      </w:pPr>
      <w:r w:rsidRPr="00F64365">
        <w:rPr>
          <w:b/>
        </w:rPr>
        <w:t>18</w:t>
      </w:r>
      <w:r w:rsidR="00F64365" w:rsidRPr="00F64365">
        <w:rPr>
          <w:b/>
        </w:rPr>
        <w:t>. Find the sum of the first 10 terms of the sequence: 5, 10, 15, 20, …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275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250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300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lastRenderedPageBreak/>
        <w:t>D. 225</w:t>
      </w:r>
    </w:p>
    <w:p w:rsidR="004A1F30" w:rsidRPr="00F64365" w:rsidRDefault="00C51DA4">
      <w:pPr>
        <w:rPr>
          <w:b/>
        </w:rPr>
      </w:pPr>
      <w:r w:rsidRPr="00F64365">
        <w:rPr>
          <w:b/>
        </w:rPr>
        <w:t>1</w:t>
      </w:r>
      <w:r w:rsidR="0060752E" w:rsidRPr="00F64365">
        <w:rPr>
          <w:b/>
        </w:rPr>
        <w:t>9</w:t>
      </w:r>
      <w:r w:rsidR="00F64365" w:rsidRPr="00F64365">
        <w:rPr>
          <w:b/>
        </w:rPr>
        <w:t>. Convert 3.45 × 10⁻³ to ordinary form.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0.0345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0.00345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0.000345</w:t>
      </w:r>
    </w:p>
    <w:p w:rsidR="004A1F30" w:rsidRPr="00F64365" w:rsidRDefault="00F64365" w:rsidP="0060752E">
      <w:pPr>
        <w:ind w:left="360"/>
        <w:rPr>
          <w:b/>
        </w:rPr>
      </w:pPr>
      <w:r w:rsidRPr="00F64365">
        <w:rPr>
          <w:b/>
        </w:rPr>
        <w:t>D. 0.345</w:t>
      </w:r>
    </w:p>
    <w:p w:rsidR="004A1F30" w:rsidRPr="00F64365" w:rsidRDefault="0060752E">
      <w:pPr>
        <w:rPr>
          <w:b/>
        </w:rPr>
      </w:pPr>
      <w:r w:rsidRPr="00F64365">
        <w:rPr>
          <w:b/>
        </w:rPr>
        <w:t>20</w:t>
      </w:r>
      <w:r w:rsidR="00F64365" w:rsidRPr="00F64365">
        <w:rPr>
          <w:b/>
        </w:rPr>
        <w:t xml:space="preserve">. </w:t>
      </w:r>
      <w:r w:rsidR="00F64365" w:rsidRPr="00F64365">
        <w:rPr>
          <w:b/>
        </w:rPr>
        <w:t>If Uₙ = 2n + 3, find U₁ + U₂.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A. 12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B. 10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C. 14</w:t>
      </w:r>
    </w:p>
    <w:p w:rsidR="004A1F30" w:rsidRPr="00F64365" w:rsidRDefault="00F64365">
      <w:pPr>
        <w:ind w:left="360"/>
        <w:rPr>
          <w:b/>
        </w:rPr>
      </w:pPr>
      <w:r w:rsidRPr="00F64365">
        <w:rPr>
          <w:b/>
        </w:rPr>
        <w:t>D. 15</w:t>
      </w:r>
    </w:p>
    <w:p w:rsidR="004A1F30" w:rsidRPr="00F64365" w:rsidRDefault="004A1F30" w:rsidP="00C51DA4">
      <w:pPr>
        <w:rPr>
          <w:b/>
        </w:rPr>
      </w:pPr>
    </w:p>
    <w:p w:rsidR="004A1F30" w:rsidRPr="00F64365" w:rsidRDefault="004A1F30">
      <w:pPr>
        <w:rPr>
          <w:b/>
        </w:rPr>
      </w:pPr>
    </w:p>
    <w:p w:rsidR="004A1F30" w:rsidRPr="00F64365" w:rsidRDefault="00F64365">
      <w:pPr>
        <w:rPr>
          <w:b/>
        </w:rPr>
      </w:pPr>
      <w:r w:rsidRPr="00F64365">
        <w:rPr>
          <w:b/>
        </w:rPr>
        <w:t xml:space="preserve">SECTION B: THEORY QUESTIONS </w:t>
      </w:r>
    </w:p>
    <w:p w:rsidR="004A1F30" w:rsidRPr="00F64365" w:rsidRDefault="00F64365">
      <w:pPr>
        <w:rPr>
          <w:b/>
        </w:rPr>
      </w:pPr>
      <w:r w:rsidRPr="00F64365">
        <w:rPr>
          <w:b/>
        </w:rPr>
        <w:t xml:space="preserve">1(a). </w:t>
      </w:r>
      <w:r w:rsidR="00DF42F9" w:rsidRPr="00F64365">
        <w:rPr>
          <w:b/>
        </w:rPr>
        <w:t>Find the sum of all odd numbers between 10 and 100.</w:t>
      </w:r>
    </w:p>
    <w:p w:rsidR="004A1F30" w:rsidRPr="00F64365" w:rsidRDefault="00F64365">
      <w:pPr>
        <w:rPr>
          <w:b/>
        </w:rPr>
      </w:pPr>
      <w:r w:rsidRPr="00F64365">
        <w:rPr>
          <w:b/>
        </w:rPr>
        <w:t xml:space="preserve">1(b). </w:t>
      </w:r>
      <w:r w:rsidRPr="00F64365">
        <w:rPr>
          <w:b/>
        </w:rPr>
        <w:t>A student measured a length of 2.5 m instead of 2.4 m. Calculate the percentage error to 2 decimal places.</w:t>
      </w:r>
    </w:p>
    <w:p w:rsidR="004A1F30" w:rsidRPr="00F64365" w:rsidRDefault="00F64365">
      <w:pPr>
        <w:rPr>
          <w:b/>
        </w:rPr>
      </w:pPr>
      <w:r w:rsidRPr="00F64365">
        <w:rPr>
          <w:b/>
        </w:rPr>
        <w:t>2.</w:t>
      </w:r>
      <w:r w:rsidR="00D156F4" w:rsidRPr="00F64365">
        <w:rPr>
          <w:b/>
        </w:rPr>
        <w:t>(</w:t>
      </w:r>
      <w:proofErr w:type="gramStart"/>
      <w:r w:rsidR="00D156F4" w:rsidRPr="00F64365">
        <w:rPr>
          <w:b/>
        </w:rPr>
        <w:t xml:space="preserve">a) </w:t>
      </w:r>
      <w:r w:rsidRPr="00F64365">
        <w:rPr>
          <w:b/>
        </w:rPr>
        <w:t xml:space="preserve"> </w:t>
      </w:r>
      <w:r w:rsidRPr="00F64365">
        <w:rPr>
          <w:b/>
        </w:rPr>
        <w:t>Use</w:t>
      </w:r>
      <w:proofErr w:type="gramEnd"/>
      <w:r w:rsidRPr="00F64365">
        <w:rPr>
          <w:b/>
        </w:rPr>
        <w:t xml:space="preserve"> logarithm tables to evaluate correct to 4 significant figures:</w:t>
      </w:r>
      <w:r w:rsidR="002A1D7C" w:rsidRPr="00F64365">
        <w:rPr>
          <w:b/>
        </w:rPr>
        <w:t xml:space="preserve">  </w:t>
      </w:r>
      <w:r w:rsidR="00DF42F9" w:rsidRPr="00F64365">
        <w:rPr>
          <w:b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b/>
                    <w:i/>
                  </w:rPr>
                </m:ctrlPr>
              </m:radPr>
              <m:deg>
                <m:r>
                  <m:rPr>
                    <m:sty m:val="bi"/>
                  </m:rPr>
                  <w:rPr>
                    <w:rFonts w:ascii="Cambria Math" w:hAnsi="Cambria Math"/>
                  </w:rPr>
                  <m:t>3</m:t>
                </m:r>
              </m:deg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48.21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hAnsi="Cambria Math"/>
              </w:rPr>
              <m:t>35.42 ×2.632</m:t>
            </m:r>
          </m:den>
        </m:f>
      </m:oMath>
    </w:p>
    <w:p w:rsidR="004A1F30" w:rsidRPr="00F64365" w:rsidRDefault="00D156F4">
      <w:pPr>
        <w:rPr>
          <w:b/>
        </w:rPr>
      </w:pPr>
      <w:r w:rsidRPr="00F64365">
        <w:rPr>
          <w:b/>
        </w:rPr>
        <w:t>2</w:t>
      </w:r>
      <w:r w:rsidR="00F64365" w:rsidRPr="00F64365">
        <w:rPr>
          <w:b/>
        </w:rPr>
        <w:t>(</w:t>
      </w:r>
      <w:r w:rsidRPr="00F64365">
        <w:rPr>
          <w:b/>
        </w:rPr>
        <w:t>b</w:t>
      </w:r>
      <w:r w:rsidR="00F64365" w:rsidRPr="00F64365">
        <w:rPr>
          <w:b/>
        </w:rPr>
        <w:t xml:space="preserve">). </w:t>
      </w:r>
      <w:r w:rsidR="00F64365" w:rsidRPr="00F64365">
        <w:rPr>
          <w:b/>
        </w:rPr>
        <w:t>Express 0.0050896 correct to:</w:t>
      </w:r>
      <w:r w:rsidR="00F64365" w:rsidRPr="00F64365">
        <w:rPr>
          <w:b/>
        </w:rPr>
        <w:br/>
        <w:t>i. 3 significant figures</w:t>
      </w:r>
      <w:r w:rsidR="00F64365" w:rsidRPr="00F64365">
        <w:rPr>
          <w:b/>
        </w:rPr>
        <w:br/>
        <w:t>ii. 3 decimal places</w:t>
      </w:r>
      <w:r w:rsidR="00F64365" w:rsidRPr="00F64365">
        <w:rPr>
          <w:b/>
        </w:rPr>
        <w:br/>
        <w:t>iii. Standard form</w:t>
      </w:r>
    </w:p>
    <w:p w:rsidR="004A1F30" w:rsidRPr="00F64365" w:rsidRDefault="00DF42F9">
      <w:pPr>
        <w:rPr>
          <w:b/>
        </w:rPr>
      </w:pPr>
      <w:r w:rsidRPr="00F64365">
        <w:rPr>
          <w:b/>
        </w:rPr>
        <w:t>3</w:t>
      </w:r>
      <w:r w:rsidR="00F64365" w:rsidRPr="00F64365">
        <w:rPr>
          <w:b/>
        </w:rPr>
        <w:t xml:space="preserve">(a). </w:t>
      </w:r>
      <w:r w:rsidR="00F64365" w:rsidRPr="00F64365">
        <w:rPr>
          <w:b/>
        </w:rPr>
        <w:t>A capacity of 250 litres was wrongly measured as 242 litres. Find the percentage error.</w:t>
      </w:r>
    </w:p>
    <w:p w:rsidR="004A1F30" w:rsidRPr="00F64365" w:rsidRDefault="00DF42F9">
      <w:pPr>
        <w:rPr>
          <w:b/>
        </w:rPr>
      </w:pPr>
      <w:r w:rsidRPr="00F64365">
        <w:rPr>
          <w:b/>
        </w:rPr>
        <w:t>3</w:t>
      </w:r>
      <w:r w:rsidR="00F64365" w:rsidRPr="00F64365">
        <w:rPr>
          <w:b/>
        </w:rPr>
        <w:t xml:space="preserve">(b). </w:t>
      </w:r>
      <w:r w:rsidR="00F64365" w:rsidRPr="00F64365">
        <w:rPr>
          <w:b/>
        </w:rPr>
        <w:t>Round off 89,954 to:</w:t>
      </w:r>
      <w:r w:rsidR="00F64365" w:rsidRPr="00F64365">
        <w:rPr>
          <w:b/>
        </w:rPr>
        <w:br/>
        <w:t>i. 2 sign</w:t>
      </w:r>
      <w:r w:rsidR="00F64365" w:rsidRPr="00F64365">
        <w:rPr>
          <w:b/>
        </w:rPr>
        <w:t>ificant figures</w:t>
      </w:r>
      <w:r w:rsidR="00F64365" w:rsidRPr="00F64365">
        <w:rPr>
          <w:b/>
        </w:rPr>
        <w:br/>
        <w:t>ii. The nearest hundred</w:t>
      </w:r>
    </w:p>
    <w:p w:rsidR="004A1F30" w:rsidRPr="00F64365" w:rsidRDefault="00DF42F9">
      <w:pPr>
        <w:rPr>
          <w:b/>
        </w:rPr>
      </w:pPr>
      <w:r w:rsidRPr="00F64365">
        <w:rPr>
          <w:b/>
        </w:rPr>
        <w:lastRenderedPageBreak/>
        <w:t>4</w:t>
      </w:r>
      <w:r w:rsidR="00F64365" w:rsidRPr="00F64365">
        <w:rPr>
          <w:b/>
        </w:rPr>
        <w:t xml:space="preserve">. </w:t>
      </w:r>
      <w:r w:rsidR="00F64365" w:rsidRPr="00F64365">
        <w:rPr>
          <w:b/>
        </w:rPr>
        <w:t>The 6th term of an Arithmetic Progression (AP) is 22 and the 11th term is 42.</w:t>
      </w:r>
      <w:r w:rsidR="00F64365" w:rsidRPr="00F64365">
        <w:rPr>
          <w:b/>
        </w:rPr>
        <w:br/>
        <w:t>i. Find the first term (a) and the common difference (d).</w:t>
      </w:r>
      <w:r w:rsidR="00F64365" w:rsidRPr="00F64365">
        <w:rPr>
          <w:b/>
        </w:rPr>
        <w:br/>
        <w:t>ii. Find the 20th te</w:t>
      </w:r>
      <w:r w:rsidR="00F64365" w:rsidRPr="00F64365">
        <w:rPr>
          <w:b/>
        </w:rPr>
        <w:t>rm.</w:t>
      </w:r>
    </w:p>
    <w:p w:rsidR="004A1F30" w:rsidRPr="00F64365" w:rsidRDefault="00DF42F9">
      <w:pPr>
        <w:rPr>
          <w:b/>
        </w:rPr>
      </w:pPr>
      <w:r w:rsidRPr="00F64365">
        <w:rPr>
          <w:b/>
        </w:rPr>
        <w:t>5</w:t>
      </w:r>
      <w:r w:rsidR="00F64365" w:rsidRPr="00F64365">
        <w:rPr>
          <w:b/>
        </w:rPr>
        <w:t xml:space="preserve">. </w:t>
      </w:r>
      <w:r w:rsidR="00F64365" w:rsidRPr="00F64365">
        <w:rPr>
          <w:b/>
        </w:rPr>
        <w:t xml:space="preserve">Three consecutive terms of an </w:t>
      </w:r>
      <w:r w:rsidR="00F64365" w:rsidRPr="00F64365">
        <w:rPr>
          <w:b/>
        </w:rPr>
        <w:t>Arithmetic Progression are 2x + 1, 4x − 1, and 5x + 3.</w:t>
      </w:r>
      <w:r w:rsidR="00F64365" w:rsidRPr="00F64365">
        <w:rPr>
          <w:b/>
        </w:rPr>
        <w:br/>
        <w:t>(a) Find the value of x.</w:t>
      </w:r>
      <w:r w:rsidR="00F64365" w:rsidRPr="00F64365">
        <w:rPr>
          <w:b/>
        </w:rPr>
        <w:br/>
        <w:t>(b) Determine the three terms.</w:t>
      </w:r>
      <w:r w:rsidR="00F64365" w:rsidRPr="00F64365">
        <w:rPr>
          <w:b/>
        </w:rPr>
        <w:br/>
        <w:t>(c) Find the 15th term of the sequence.</w:t>
      </w:r>
    </w:p>
    <w:p w:rsidR="004A1F30" w:rsidRPr="00F64365" w:rsidRDefault="00DF42F9">
      <w:pPr>
        <w:rPr>
          <w:b/>
        </w:rPr>
      </w:pPr>
      <w:r w:rsidRPr="00F64365">
        <w:rPr>
          <w:b/>
        </w:rPr>
        <w:t>6</w:t>
      </w:r>
      <w:r w:rsidR="00F64365" w:rsidRPr="00F64365">
        <w:rPr>
          <w:b/>
        </w:rPr>
        <w:t xml:space="preserve">. </w:t>
      </w:r>
      <w:r w:rsidR="00F64365" w:rsidRPr="00F64365">
        <w:rPr>
          <w:b/>
        </w:rPr>
        <w:t>An employee starts work on an annual salary of N600,000 with an annual increment of N50,000.</w:t>
      </w:r>
      <w:r w:rsidR="00F64365" w:rsidRPr="00F64365">
        <w:rPr>
          <w:b/>
        </w:rPr>
        <w:br/>
        <w:t>(a) What</w:t>
      </w:r>
      <w:r w:rsidR="00F64365" w:rsidRPr="00F64365">
        <w:rPr>
          <w:b/>
        </w:rPr>
        <w:t xml:space="preserve"> will be his salary in the 10th year?</w:t>
      </w:r>
      <w:r w:rsidR="00F64365" w:rsidRPr="00F64365">
        <w:rPr>
          <w:b/>
        </w:rPr>
        <w:br/>
        <w:t>(b) Calculate his total earnings over the first 10 year</w:t>
      </w:r>
      <w:r w:rsidRPr="00F64365">
        <w:rPr>
          <w:b/>
        </w:rPr>
        <w:t>s</w:t>
      </w:r>
    </w:p>
    <w:p w:rsidR="004A1F30" w:rsidRPr="00F64365" w:rsidRDefault="004A1F30">
      <w:pPr>
        <w:rPr>
          <w:b/>
        </w:rPr>
      </w:pPr>
    </w:p>
    <w:sectPr w:rsidR="004A1F30" w:rsidRPr="00F6436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1D7C"/>
    <w:rsid w:val="00326F90"/>
    <w:rsid w:val="004A1F30"/>
    <w:rsid w:val="0060752E"/>
    <w:rsid w:val="00AA1D8D"/>
    <w:rsid w:val="00B47730"/>
    <w:rsid w:val="00C51DA4"/>
    <w:rsid w:val="00CB0664"/>
    <w:rsid w:val="00D156F4"/>
    <w:rsid w:val="00DF42F9"/>
    <w:rsid w:val="00F643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ED0EE7"/>
  <w14:defaultImageDpi w14:val="300"/>
  <w15:docId w15:val="{92B7211B-4272-45F9-BB23-0ECCB639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DF42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1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EDB2B1-F894-4403-A354-17490EA16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2013-12-23T23:15:00Z</dcterms:created>
  <dcterms:modified xsi:type="dcterms:W3CDTF">2026-10-17T18:54:00Z</dcterms:modified>
  <cp:category/>
</cp:coreProperties>
</file>