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93" w:rsidRDefault="00F23F93" w:rsidP="00F23F93">
      <w:pPr>
        <w:jc w:val="center"/>
        <w:rPr>
          <w:b/>
          <w:sz w:val="24"/>
        </w:rPr>
      </w:pPr>
      <w:r>
        <w:rPr>
          <w:b/>
          <w:sz w:val="24"/>
        </w:rPr>
        <w:t>KEYSTONE BRITISH ARTS AND SCIENCE HIGH SCHOOL</w:t>
      </w:r>
    </w:p>
    <w:p w:rsidR="00F23F93" w:rsidRDefault="00F23F93" w:rsidP="00F23F93">
      <w:pPr>
        <w:jc w:val="center"/>
        <w:rPr>
          <w:b/>
          <w:sz w:val="24"/>
        </w:rPr>
      </w:pPr>
      <w:r>
        <w:rPr>
          <w:b/>
          <w:sz w:val="24"/>
        </w:rPr>
        <w:t>FIRST TERM TEST FOR 2026/2027 ACADEMIC SESSION</w:t>
      </w:r>
    </w:p>
    <w:p w:rsidR="00F23F93" w:rsidRDefault="00F23F93" w:rsidP="00F23F93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SUBJECT :</w:t>
      </w:r>
      <w:proofErr w:type="gramEnd"/>
      <w:r>
        <w:rPr>
          <w:b/>
          <w:sz w:val="24"/>
        </w:rPr>
        <w:t xml:space="preserve"> </w:t>
      </w:r>
      <w:r>
        <w:rPr>
          <w:b/>
          <w:sz w:val="24"/>
        </w:rPr>
        <w:t>PHYSICS</w:t>
      </w:r>
    </w:p>
    <w:p w:rsidR="00F23F93" w:rsidRDefault="00F23F93" w:rsidP="00F23F93">
      <w:pPr>
        <w:jc w:val="center"/>
        <w:rPr>
          <w:b/>
          <w:sz w:val="24"/>
        </w:rPr>
      </w:pPr>
      <w:r>
        <w:rPr>
          <w:b/>
          <w:sz w:val="24"/>
        </w:rPr>
        <w:t>CLASS: GRADE 1</w:t>
      </w:r>
      <w:r w:rsidR="0052356A">
        <w:rPr>
          <w:b/>
          <w:sz w:val="24"/>
        </w:rPr>
        <w:t>1</w:t>
      </w:r>
      <w:bookmarkStart w:id="0" w:name="_GoBack"/>
      <w:bookmarkEnd w:id="0"/>
      <w:r>
        <w:rPr>
          <w:b/>
          <w:sz w:val="24"/>
        </w:rPr>
        <w:t xml:space="preserve">                                    DURATION: 1 HOUR</w:t>
      </w:r>
    </w:p>
    <w:p w:rsidR="00F23F93" w:rsidRDefault="00F23F93" w:rsidP="00F23F93">
      <w:pPr>
        <w:jc w:val="center"/>
        <w:rPr>
          <w:b/>
          <w:sz w:val="24"/>
        </w:rPr>
      </w:pPr>
      <w:r>
        <w:rPr>
          <w:b/>
          <w:sz w:val="24"/>
        </w:rPr>
        <w:t xml:space="preserve">SECTION </w:t>
      </w:r>
      <w:proofErr w:type="gramStart"/>
      <w:r>
        <w:rPr>
          <w:b/>
          <w:sz w:val="24"/>
        </w:rPr>
        <w:t>A :</w:t>
      </w:r>
      <w:proofErr w:type="gramEnd"/>
      <w:r>
        <w:rPr>
          <w:b/>
          <w:sz w:val="24"/>
        </w:rPr>
        <w:t xml:space="preserve"> OBJECTIVE QUESTIONS</w:t>
      </w:r>
    </w:p>
    <w:p w:rsidR="00F23F93" w:rsidRDefault="00F23F93" w:rsidP="00F23F93">
      <w:pPr>
        <w:jc w:val="center"/>
        <w:rPr>
          <w:b/>
          <w:sz w:val="24"/>
        </w:rPr>
      </w:pPr>
      <w:r>
        <w:rPr>
          <w:b/>
          <w:sz w:val="24"/>
        </w:rPr>
        <w:t>ANSWER ALL QUESTIONS</w:t>
      </w:r>
    </w:p>
    <w:p w:rsidR="0008349B" w:rsidRDefault="0008349B" w:rsidP="00F23F93"/>
    <w:p w:rsidR="0008349B" w:rsidRDefault="0052356A">
      <w:r>
        <w:rPr>
          <w:b/>
        </w:rPr>
        <w:t xml:space="preserve">Instructions: </w:t>
      </w:r>
      <w:r>
        <w:t>Choose the correct option fo</w:t>
      </w:r>
      <w:r>
        <w:t>r</w:t>
      </w:r>
      <w:r>
        <w:t xml:space="preserve"> </w:t>
      </w:r>
      <w:r>
        <w:t>e</w:t>
      </w:r>
      <w:r>
        <w:t>a</w:t>
      </w:r>
      <w:r>
        <w:t>c</w:t>
      </w:r>
      <w:r>
        <w:t>h</w:t>
      </w:r>
      <w:r>
        <w:t xml:space="preserve"> </w:t>
      </w:r>
      <w:r>
        <w:t>q</w:t>
      </w:r>
      <w:r>
        <w:t>u</w:t>
      </w:r>
      <w:r>
        <w:t>e</w:t>
      </w:r>
      <w:r>
        <w:t>s</w:t>
      </w:r>
      <w:r>
        <w:t>t</w:t>
      </w:r>
      <w:r>
        <w:t>i</w:t>
      </w:r>
      <w:r>
        <w:t>o</w:t>
      </w:r>
      <w:r>
        <w:t>n</w:t>
      </w:r>
      <w:r>
        <w:t>.</w:t>
      </w:r>
    </w:p>
    <w:p w:rsidR="0008349B" w:rsidRDefault="0052356A">
      <w:r>
        <w:rPr>
          <w:b/>
        </w:rPr>
        <w:t>1. Light travels in straight lines. This property is known as:</w:t>
      </w:r>
    </w:p>
    <w:p w:rsidR="0008349B" w:rsidRDefault="0052356A">
      <w:pPr>
        <w:spacing w:after="0"/>
        <w:ind w:left="360"/>
      </w:pPr>
      <w:r>
        <w:t>A) Refraction</w:t>
      </w:r>
    </w:p>
    <w:p w:rsidR="0008349B" w:rsidRDefault="0052356A">
      <w:pPr>
        <w:spacing w:after="0"/>
        <w:ind w:left="360"/>
      </w:pPr>
      <w:r>
        <w:t>B) Rectilinear propagation</w:t>
      </w:r>
    </w:p>
    <w:p w:rsidR="0008349B" w:rsidRDefault="0052356A">
      <w:pPr>
        <w:spacing w:after="0"/>
        <w:ind w:left="360"/>
      </w:pPr>
      <w:r>
        <w:t>C) Diffraction</w:t>
      </w:r>
    </w:p>
    <w:p w:rsidR="0008349B" w:rsidRDefault="0052356A">
      <w:pPr>
        <w:spacing w:after="0"/>
        <w:ind w:left="360"/>
      </w:pPr>
      <w:r>
        <w:t xml:space="preserve">D) </w:t>
      </w:r>
      <w:r>
        <w:t>Dispersion</w:t>
      </w:r>
    </w:p>
    <w:p w:rsidR="0008349B" w:rsidRDefault="0052356A">
      <w:r>
        <w:rPr>
          <w:b/>
        </w:rPr>
        <w:t>2. Which of the following phenomena is a direct consequence of the rectilinear propagation of light?</w:t>
      </w:r>
    </w:p>
    <w:p w:rsidR="0008349B" w:rsidRDefault="0052356A">
      <w:pPr>
        <w:spacing w:after="0"/>
        <w:ind w:left="360"/>
      </w:pPr>
      <w:r>
        <w:t>A) Formation of rainbows</w:t>
      </w:r>
    </w:p>
    <w:p w:rsidR="0008349B" w:rsidRDefault="0052356A">
      <w:pPr>
        <w:spacing w:after="0"/>
        <w:ind w:left="360"/>
      </w:pPr>
      <w:r>
        <w:t>B) Formation of shadows and eclipses</w:t>
      </w:r>
    </w:p>
    <w:p w:rsidR="0008349B" w:rsidRDefault="0052356A">
      <w:pPr>
        <w:spacing w:after="0"/>
        <w:ind w:left="360"/>
      </w:pPr>
      <w:r>
        <w:t>C) Total internal reflection</w:t>
      </w:r>
    </w:p>
    <w:p w:rsidR="0008349B" w:rsidRDefault="0052356A">
      <w:pPr>
        <w:spacing w:after="0"/>
        <w:ind w:left="360"/>
      </w:pPr>
      <w:r>
        <w:t>D) Interference pattern</w:t>
      </w:r>
    </w:p>
    <w:p w:rsidR="0008349B" w:rsidRDefault="0052356A">
      <w:r>
        <w:rPr>
          <w:b/>
        </w:rPr>
        <w:t>3. According to the first law</w:t>
      </w:r>
      <w:r>
        <w:rPr>
          <w:b/>
        </w:rPr>
        <w:t xml:space="preserve"> of reflection, the angle of incidence is:</w:t>
      </w:r>
    </w:p>
    <w:p w:rsidR="0008349B" w:rsidRDefault="0052356A">
      <w:pPr>
        <w:spacing w:after="0"/>
        <w:ind w:left="360"/>
      </w:pPr>
      <w:r>
        <w:t>A) Greater than the angle of reflection</w:t>
      </w:r>
    </w:p>
    <w:p w:rsidR="0008349B" w:rsidRDefault="0052356A">
      <w:pPr>
        <w:spacing w:after="0"/>
        <w:ind w:left="360"/>
      </w:pPr>
      <w:r>
        <w:t>B) Equal to the angle of reflection</w:t>
      </w:r>
    </w:p>
    <w:p w:rsidR="0008349B" w:rsidRDefault="0052356A">
      <w:pPr>
        <w:spacing w:after="0"/>
        <w:ind w:left="360"/>
      </w:pPr>
      <w:r>
        <w:t>C) Less than the angle of reflection</w:t>
      </w:r>
    </w:p>
    <w:p w:rsidR="0008349B" w:rsidRDefault="0052356A">
      <w:pPr>
        <w:spacing w:after="0"/>
        <w:ind w:left="360"/>
      </w:pPr>
      <w:r>
        <w:t>D) Complementary to the angle of reflection</w:t>
      </w:r>
    </w:p>
    <w:p w:rsidR="0008349B" w:rsidRDefault="00583E44">
      <w:r>
        <w:rPr>
          <w:b/>
        </w:rPr>
        <w:t>4</w:t>
      </w:r>
      <w:r w:rsidR="0052356A">
        <w:rPr>
          <w:b/>
        </w:rPr>
        <w:t>. The image formed by a plane mirror is always:</w:t>
      </w:r>
    </w:p>
    <w:p w:rsidR="0008349B" w:rsidRDefault="0052356A">
      <w:pPr>
        <w:spacing w:after="0"/>
        <w:ind w:left="360"/>
      </w:pPr>
      <w:r>
        <w:t>A) Real, inverted, and magnified</w:t>
      </w:r>
    </w:p>
    <w:p w:rsidR="0008349B" w:rsidRDefault="0052356A">
      <w:pPr>
        <w:spacing w:after="0"/>
        <w:ind w:left="360"/>
      </w:pPr>
      <w:r>
        <w:t>B) Virtual, erect, and laterally inverted</w:t>
      </w:r>
    </w:p>
    <w:p w:rsidR="0008349B" w:rsidRDefault="0052356A">
      <w:pPr>
        <w:spacing w:after="0"/>
        <w:ind w:left="360"/>
      </w:pPr>
      <w:r>
        <w:t>C) Real, erect, and dimini</w:t>
      </w:r>
      <w:r>
        <w:t>shed</w:t>
      </w:r>
    </w:p>
    <w:p w:rsidR="0008349B" w:rsidRDefault="0052356A">
      <w:pPr>
        <w:spacing w:after="0"/>
        <w:ind w:left="360"/>
      </w:pPr>
      <w:r>
        <w:t>D) Virtual, inverted, and same size</w:t>
      </w:r>
    </w:p>
    <w:p w:rsidR="0008349B" w:rsidRDefault="00583E44">
      <w:r>
        <w:rPr>
          <w:b/>
        </w:rPr>
        <w:t>5</w:t>
      </w:r>
      <w:r w:rsidR="0052356A">
        <w:rPr>
          <w:b/>
        </w:rPr>
        <w:t>. Light is classified as an electromagnetic wave</w:t>
      </w:r>
      <w:r w:rsidR="0052356A">
        <w:rPr>
          <w:b/>
        </w:rPr>
        <w:t xml:space="preserve"> because it:</w:t>
      </w:r>
    </w:p>
    <w:p w:rsidR="0008349B" w:rsidRDefault="0052356A">
      <w:pPr>
        <w:spacing w:after="0"/>
        <w:ind w:left="360"/>
      </w:pPr>
      <w:r>
        <w:t>A) Requires a material medium for propagation</w:t>
      </w:r>
    </w:p>
    <w:p w:rsidR="0008349B" w:rsidRDefault="0052356A">
      <w:pPr>
        <w:spacing w:after="0"/>
        <w:ind w:left="360"/>
      </w:pPr>
      <w:r>
        <w:t>B) Can travel through a vacuum</w:t>
      </w:r>
    </w:p>
    <w:p w:rsidR="0008349B" w:rsidRDefault="0052356A">
      <w:pPr>
        <w:spacing w:after="0"/>
        <w:ind w:left="360"/>
      </w:pPr>
      <w:r>
        <w:t>C) Is a longitudinal wave</w:t>
      </w:r>
    </w:p>
    <w:p w:rsidR="0008349B" w:rsidRDefault="0052356A" w:rsidP="00583E44">
      <w:pPr>
        <w:spacing w:after="0"/>
        <w:ind w:left="360"/>
      </w:pPr>
      <w:r>
        <w:t>D) Travels slower in air than in water</w:t>
      </w:r>
    </w:p>
    <w:p w:rsidR="0008349B" w:rsidRDefault="00583E44">
      <w:r>
        <w:rPr>
          <w:b/>
        </w:rPr>
        <w:t>6</w:t>
      </w:r>
      <w:r w:rsidR="0052356A">
        <w:rPr>
          <w:b/>
        </w:rPr>
        <w:t>. The bending of a ray of light as it passes obliquely from one optical medium to another of different density is called:</w:t>
      </w:r>
    </w:p>
    <w:p w:rsidR="0008349B" w:rsidRDefault="0052356A">
      <w:pPr>
        <w:spacing w:after="0"/>
        <w:ind w:left="360"/>
      </w:pPr>
      <w:r>
        <w:t>A) Reflection</w:t>
      </w:r>
    </w:p>
    <w:p w:rsidR="0008349B" w:rsidRDefault="0052356A">
      <w:pPr>
        <w:spacing w:after="0"/>
        <w:ind w:left="360"/>
      </w:pPr>
      <w:r>
        <w:lastRenderedPageBreak/>
        <w:t>B) Refraction</w:t>
      </w:r>
    </w:p>
    <w:p w:rsidR="0008349B" w:rsidRDefault="0052356A">
      <w:pPr>
        <w:spacing w:after="0"/>
        <w:ind w:left="360"/>
      </w:pPr>
      <w:r>
        <w:t>C) Diffraction</w:t>
      </w:r>
    </w:p>
    <w:p w:rsidR="0008349B" w:rsidRDefault="0052356A">
      <w:pPr>
        <w:spacing w:after="0"/>
        <w:ind w:left="360"/>
      </w:pPr>
      <w:r>
        <w:t>D) Polarization</w:t>
      </w:r>
    </w:p>
    <w:p w:rsidR="0008349B" w:rsidRDefault="00583E44">
      <w:r>
        <w:rPr>
          <w:b/>
        </w:rPr>
        <w:t>7</w:t>
      </w:r>
      <w:r w:rsidR="0052356A">
        <w:rPr>
          <w:b/>
        </w:rPr>
        <w:t xml:space="preserve">. The </w:t>
      </w:r>
      <w:r w:rsidR="0052356A">
        <w:rPr>
          <w:b/>
        </w:rPr>
        <w:t>refractive index (n) of a medium is defined as the ratio of:</w:t>
      </w:r>
    </w:p>
    <w:p w:rsidR="0008349B" w:rsidRDefault="0052356A">
      <w:pPr>
        <w:spacing w:after="0"/>
        <w:ind w:left="360"/>
      </w:pPr>
      <w:r>
        <w:t>A) Speed of light in the medium to speed of light in vacuum</w:t>
      </w:r>
    </w:p>
    <w:p w:rsidR="0008349B" w:rsidRDefault="0052356A">
      <w:pPr>
        <w:spacing w:after="0"/>
        <w:ind w:left="360"/>
      </w:pPr>
      <w:r>
        <w:t>B) Speed of light in vacuum to speed of light in the medium</w:t>
      </w:r>
    </w:p>
    <w:p w:rsidR="0008349B" w:rsidRDefault="0052356A">
      <w:pPr>
        <w:spacing w:after="0"/>
        <w:ind w:left="360"/>
      </w:pPr>
      <w:r>
        <w:t>C) Real depth to apparent height</w:t>
      </w:r>
    </w:p>
    <w:p w:rsidR="0008349B" w:rsidRDefault="0052356A">
      <w:pPr>
        <w:spacing w:after="0"/>
        <w:ind w:left="360"/>
      </w:pPr>
      <w:r>
        <w:t xml:space="preserve">D) Sine of angle of refraction to sine of </w:t>
      </w:r>
      <w:r>
        <w:t>angle of incidence</w:t>
      </w:r>
    </w:p>
    <w:p w:rsidR="0008349B" w:rsidRDefault="00583E44">
      <w:r>
        <w:rPr>
          <w:b/>
        </w:rPr>
        <w:t>8</w:t>
      </w:r>
      <w:r w:rsidR="0052356A">
        <w:rPr>
          <w:b/>
        </w:rPr>
        <w:t>. What is the critical angle for a glass block with a refractive index of 1.5?</w:t>
      </w:r>
    </w:p>
    <w:p w:rsidR="0008349B" w:rsidRDefault="0052356A">
      <w:pPr>
        <w:spacing w:after="0"/>
        <w:ind w:left="360"/>
      </w:pPr>
      <w:r>
        <w:t>A) 41.8°</w:t>
      </w:r>
    </w:p>
    <w:p w:rsidR="0008349B" w:rsidRDefault="0052356A">
      <w:pPr>
        <w:spacing w:after="0"/>
        <w:ind w:left="360"/>
      </w:pPr>
      <w:r>
        <w:t>B) 48.6°</w:t>
      </w:r>
    </w:p>
    <w:p w:rsidR="0008349B" w:rsidRDefault="0052356A">
      <w:pPr>
        <w:spacing w:after="0"/>
        <w:ind w:left="360"/>
      </w:pPr>
      <w:r>
        <w:t>C) 30.0°</w:t>
      </w:r>
    </w:p>
    <w:p w:rsidR="0008349B" w:rsidRDefault="0052356A">
      <w:pPr>
        <w:spacing w:after="0"/>
        <w:ind w:left="360"/>
      </w:pPr>
      <w:r>
        <w:t>D) 60.0°</w:t>
      </w:r>
    </w:p>
    <w:p w:rsidR="0008349B" w:rsidRDefault="00583E44">
      <w:r>
        <w:rPr>
          <w:b/>
        </w:rPr>
        <w:t>9</w:t>
      </w:r>
      <w:r w:rsidR="0052356A">
        <w:rPr>
          <w:b/>
        </w:rPr>
        <w:t xml:space="preserve">. A swimming pool appears shallower than its actual depth due to </w:t>
      </w:r>
      <w:r w:rsidR="0052356A">
        <w:rPr>
          <w:b/>
        </w:rPr>
        <w:t>light:</w:t>
      </w:r>
    </w:p>
    <w:p w:rsidR="0008349B" w:rsidRDefault="0052356A">
      <w:pPr>
        <w:spacing w:after="0"/>
        <w:ind w:left="360"/>
      </w:pPr>
      <w:r>
        <w:t>A) Reflection</w:t>
      </w:r>
    </w:p>
    <w:p w:rsidR="0008349B" w:rsidRDefault="0052356A">
      <w:pPr>
        <w:spacing w:after="0"/>
        <w:ind w:left="360"/>
      </w:pPr>
      <w:r>
        <w:t>B) Refraction</w:t>
      </w:r>
    </w:p>
    <w:p w:rsidR="0008349B" w:rsidRDefault="0052356A">
      <w:pPr>
        <w:spacing w:after="0"/>
        <w:ind w:left="360"/>
      </w:pPr>
      <w:r>
        <w:t>C) Diffraction</w:t>
      </w:r>
    </w:p>
    <w:p w:rsidR="0008349B" w:rsidRDefault="0052356A">
      <w:pPr>
        <w:spacing w:after="0"/>
        <w:ind w:left="360"/>
      </w:pPr>
      <w:r>
        <w:t>D) Absorption</w:t>
      </w:r>
    </w:p>
    <w:p w:rsidR="0008349B" w:rsidRDefault="0052356A">
      <w:r>
        <w:rPr>
          <w:b/>
        </w:rPr>
        <w:t>1</w:t>
      </w:r>
      <w:r w:rsidR="00583E44">
        <w:rPr>
          <w:b/>
        </w:rPr>
        <w:t>0</w:t>
      </w:r>
      <w:r>
        <w:rPr>
          <w:b/>
        </w:rPr>
        <w:t>. A glass prism with a refracting angle of 60° causes a minimum deviation of 30°. Calculate the refractive index of the glass.</w:t>
      </w:r>
    </w:p>
    <w:p w:rsidR="0008349B" w:rsidRDefault="0052356A">
      <w:pPr>
        <w:spacing w:after="0"/>
        <w:ind w:left="360"/>
      </w:pPr>
      <w:r>
        <w:t>A) 1.33</w:t>
      </w:r>
    </w:p>
    <w:p w:rsidR="0008349B" w:rsidRDefault="0052356A">
      <w:pPr>
        <w:spacing w:after="0"/>
        <w:ind w:left="360"/>
      </w:pPr>
      <w:r>
        <w:t>B) 1.41</w:t>
      </w:r>
    </w:p>
    <w:p w:rsidR="0008349B" w:rsidRDefault="0052356A">
      <w:pPr>
        <w:spacing w:after="0"/>
        <w:ind w:left="360"/>
      </w:pPr>
      <w:r>
        <w:t>C) 1.50</w:t>
      </w:r>
    </w:p>
    <w:p w:rsidR="0008349B" w:rsidRDefault="0052356A" w:rsidP="00583E44">
      <w:pPr>
        <w:spacing w:after="0"/>
        <w:ind w:left="360"/>
      </w:pPr>
      <w:r>
        <w:t>D) 1.73</w:t>
      </w:r>
    </w:p>
    <w:p w:rsidR="0008349B" w:rsidRDefault="0052356A">
      <w:r>
        <w:rPr>
          <w:b/>
        </w:rPr>
        <w:t>1</w:t>
      </w:r>
      <w:r w:rsidR="00583E44">
        <w:rPr>
          <w:b/>
        </w:rPr>
        <w:t>1</w:t>
      </w:r>
      <w:r>
        <w:rPr>
          <w:b/>
        </w:rPr>
        <w:t>. Sound waves are classified as:</w:t>
      </w:r>
    </w:p>
    <w:p w:rsidR="0008349B" w:rsidRDefault="0052356A">
      <w:pPr>
        <w:spacing w:after="0"/>
        <w:ind w:left="360"/>
      </w:pPr>
      <w:r>
        <w:t xml:space="preserve">A) Transverse electromagnetic </w:t>
      </w:r>
      <w:r>
        <w:t>waves</w:t>
      </w:r>
    </w:p>
    <w:p w:rsidR="0008349B" w:rsidRDefault="0052356A">
      <w:pPr>
        <w:spacing w:after="0"/>
        <w:ind w:left="360"/>
      </w:pPr>
      <w:r>
        <w:t>B) Longitudinal mechanical waves</w:t>
      </w:r>
    </w:p>
    <w:p w:rsidR="0008349B" w:rsidRDefault="0052356A">
      <w:pPr>
        <w:spacing w:after="0"/>
        <w:ind w:left="360"/>
      </w:pPr>
      <w:r>
        <w:t>C) Transverse mechanical waves</w:t>
      </w:r>
    </w:p>
    <w:p w:rsidR="0008349B" w:rsidRDefault="0052356A">
      <w:pPr>
        <w:spacing w:after="0"/>
        <w:ind w:left="360"/>
      </w:pPr>
      <w:r>
        <w:t>D) Longitudinal electromagnetic waves</w:t>
      </w:r>
    </w:p>
    <w:p w:rsidR="0008349B" w:rsidRDefault="0052356A">
      <w:r>
        <w:rPr>
          <w:b/>
        </w:rPr>
        <w:t>1</w:t>
      </w:r>
      <w:r w:rsidR="00583E44">
        <w:rPr>
          <w:b/>
        </w:rPr>
        <w:t>2</w:t>
      </w:r>
      <w:r>
        <w:rPr>
          <w:b/>
        </w:rPr>
        <w:t xml:space="preserve"> Which characteristic of sound depends primarily on its frequency?</w:t>
      </w:r>
    </w:p>
    <w:p w:rsidR="0008349B" w:rsidRDefault="0052356A">
      <w:pPr>
        <w:spacing w:after="0"/>
        <w:ind w:left="360"/>
      </w:pPr>
      <w:r>
        <w:t>A) Loudness</w:t>
      </w:r>
    </w:p>
    <w:p w:rsidR="0008349B" w:rsidRDefault="0052356A">
      <w:pPr>
        <w:spacing w:after="0"/>
        <w:ind w:left="360"/>
      </w:pPr>
      <w:r>
        <w:t>B) Quality or timbre</w:t>
      </w:r>
    </w:p>
    <w:p w:rsidR="0008349B" w:rsidRDefault="0052356A">
      <w:pPr>
        <w:spacing w:after="0"/>
        <w:ind w:left="360"/>
      </w:pPr>
      <w:r>
        <w:t>C) Pitch</w:t>
      </w:r>
    </w:p>
    <w:p w:rsidR="0008349B" w:rsidRDefault="0052356A">
      <w:pPr>
        <w:spacing w:after="0"/>
        <w:ind w:left="360"/>
      </w:pPr>
      <w:r>
        <w:t>D) Intensity</w:t>
      </w:r>
    </w:p>
    <w:p w:rsidR="0008349B" w:rsidRDefault="00583E44">
      <w:r>
        <w:rPr>
          <w:b/>
        </w:rPr>
        <w:t>13</w:t>
      </w:r>
      <w:r w:rsidR="0052356A">
        <w:rPr>
          <w:b/>
        </w:rPr>
        <w:t>. In which of the following media does sound travel fastest?</w:t>
      </w:r>
    </w:p>
    <w:p w:rsidR="0008349B" w:rsidRDefault="0052356A">
      <w:pPr>
        <w:spacing w:after="0"/>
        <w:ind w:left="360"/>
      </w:pPr>
      <w:r>
        <w:t>A) Air a</w:t>
      </w:r>
      <w:r>
        <w:t>t 0°C</w:t>
      </w:r>
    </w:p>
    <w:p w:rsidR="0008349B" w:rsidRDefault="0052356A">
      <w:pPr>
        <w:spacing w:after="0"/>
        <w:ind w:left="360"/>
      </w:pPr>
      <w:r>
        <w:t>B) Water</w:t>
      </w:r>
    </w:p>
    <w:p w:rsidR="0008349B" w:rsidRDefault="0052356A">
      <w:pPr>
        <w:spacing w:after="0"/>
        <w:ind w:left="360"/>
      </w:pPr>
      <w:r>
        <w:t>C) Steel</w:t>
      </w:r>
    </w:p>
    <w:p w:rsidR="0008349B" w:rsidRDefault="0052356A">
      <w:pPr>
        <w:spacing w:after="0"/>
        <w:ind w:left="360"/>
      </w:pPr>
      <w:r>
        <w:t>D) Vacuum</w:t>
      </w:r>
    </w:p>
    <w:p w:rsidR="0008349B" w:rsidRDefault="00583E44">
      <w:r>
        <w:rPr>
          <w:b/>
        </w:rPr>
        <w:t>14</w:t>
      </w:r>
      <w:r w:rsidR="0052356A">
        <w:rPr>
          <w:b/>
        </w:rPr>
        <w:t>. The human ear can respond to sound frequencies within the approximate audible range of:</w:t>
      </w:r>
    </w:p>
    <w:p w:rsidR="0008349B" w:rsidRDefault="0052356A">
      <w:pPr>
        <w:spacing w:after="0"/>
        <w:ind w:left="360"/>
      </w:pPr>
      <w:r>
        <w:lastRenderedPageBreak/>
        <w:t>A) 0 Hz – 20 Hz</w:t>
      </w:r>
    </w:p>
    <w:p w:rsidR="0008349B" w:rsidRDefault="0052356A">
      <w:pPr>
        <w:spacing w:after="0"/>
        <w:ind w:left="360"/>
      </w:pPr>
      <w:r>
        <w:t>B) 20 Hz – 20,000 Hz</w:t>
      </w:r>
    </w:p>
    <w:p w:rsidR="0008349B" w:rsidRDefault="0052356A">
      <w:pPr>
        <w:spacing w:after="0"/>
        <w:ind w:left="360"/>
      </w:pPr>
      <w:r>
        <w:t>C) 20,000 Hz – 50,000 Hz</w:t>
      </w:r>
    </w:p>
    <w:p w:rsidR="0008349B" w:rsidRDefault="0052356A">
      <w:pPr>
        <w:spacing w:after="0"/>
        <w:ind w:left="360"/>
      </w:pPr>
      <w:r>
        <w:t>D) Above 50,000 Hz</w:t>
      </w:r>
    </w:p>
    <w:p w:rsidR="0008349B" w:rsidRDefault="00583E44">
      <w:r>
        <w:rPr>
          <w:b/>
        </w:rPr>
        <w:t>15</w:t>
      </w:r>
      <w:r w:rsidR="0052356A">
        <w:rPr>
          <w:b/>
        </w:rPr>
        <w:t>. Increasing the temperature of air causes the speed of sound in air to:</w:t>
      </w:r>
    </w:p>
    <w:p w:rsidR="0008349B" w:rsidRDefault="0052356A">
      <w:pPr>
        <w:spacing w:after="0"/>
        <w:ind w:left="360"/>
      </w:pPr>
      <w:r>
        <w:t>A) Decrease</w:t>
      </w:r>
    </w:p>
    <w:p w:rsidR="0008349B" w:rsidRDefault="0052356A">
      <w:pPr>
        <w:spacing w:after="0"/>
        <w:ind w:left="360"/>
      </w:pPr>
      <w:r>
        <w:t>B) Increase</w:t>
      </w:r>
    </w:p>
    <w:p w:rsidR="0008349B" w:rsidRDefault="0052356A">
      <w:pPr>
        <w:spacing w:after="0"/>
        <w:ind w:left="360"/>
      </w:pPr>
      <w:r>
        <w:t>C) Remain unchanged</w:t>
      </w:r>
    </w:p>
    <w:p w:rsidR="0008349B" w:rsidRDefault="0052356A" w:rsidP="00583E44">
      <w:pPr>
        <w:spacing w:after="0"/>
        <w:ind w:left="360"/>
      </w:pPr>
      <w:r>
        <w:t>D) Drop to zero</w:t>
      </w:r>
    </w:p>
    <w:p w:rsidR="0008349B" w:rsidRDefault="00583E44">
      <w:r>
        <w:rPr>
          <w:b/>
        </w:rPr>
        <w:t>16</w:t>
      </w:r>
      <w:r w:rsidR="0052356A">
        <w:rPr>
          <w:b/>
        </w:rPr>
        <w:t>. The light-sensitive layer at the back of the human eye where images</w:t>
      </w:r>
      <w:r w:rsidR="0052356A">
        <w:rPr>
          <w:b/>
        </w:rPr>
        <w:t xml:space="preserve"> are formed is the:</w:t>
      </w:r>
    </w:p>
    <w:p w:rsidR="0008349B" w:rsidRDefault="0052356A">
      <w:pPr>
        <w:spacing w:after="0"/>
        <w:ind w:left="360"/>
      </w:pPr>
      <w:r>
        <w:t>A) Cornea</w:t>
      </w:r>
    </w:p>
    <w:p w:rsidR="0008349B" w:rsidRDefault="0052356A">
      <w:pPr>
        <w:spacing w:after="0"/>
        <w:ind w:left="360"/>
      </w:pPr>
      <w:r>
        <w:t>B) Retina</w:t>
      </w:r>
    </w:p>
    <w:p w:rsidR="0008349B" w:rsidRDefault="0052356A">
      <w:pPr>
        <w:spacing w:after="0"/>
        <w:ind w:left="360"/>
      </w:pPr>
      <w:r>
        <w:t>C) Iris</w:t>
      </w:r>
    </w:p>
    <w:p w:rsidR="0008349B" w:rsidRDefault="0052356A">
      <w:pPr>
        <w:spacing w:after="0"/>
        <w:ind w:left="360"/>
      </w:pPr>
      <w:r>
        <w:t>D) Pupil</w:t>
      </w:r>
    </w:p>
    <w:p w:rsidR="0008349B" w:rsidRDefault="00583E44">
      <w:r>
        <w:rPr>
          <w:b/>
        </w:rPr>
        <w:t>17</w:t>
      </w:r>
      <w:r w:rsidR="0052356A">
        <w:rPr>
          <w:b/>
        </w:rPr>
        <w:t>. The function of the iris in the human eye is to:</w:t>
      </w:r>
    </w:p>
    <w:p w:rsidR="0008349B" w:rsidRDefault="0052356A">
      <w:pPr>
        <w:spacing w:after="0"/>
        <w:ind w:left="360"/>
      </w:pPr>
      <w:r>
        <w:t>A) Focus light rays onto the retina</w:t>
      </w:r>
    </w:p>
    <w:p w:rsidR="0008349B" w:rsidRDefault="0052356A">
      <w:pPr>
        <w:spacing w:after="0"/>
        <w:ind w:left="360"/>
      </w:pPr>
      <w:r>
        <w:t>B) Control the amount of light entering the eye</w:t>
      </w:r>
    </w:p>
    <w:p w:rsidR="0008349B" w:rsidRDefault="0052356A">
      <w:pPr>
        <w:spacing w:after="0"/>
        <w:ind w:left="360"/>
      </w:pPr>
      <w:r>
        <w:t>C) Support the shape of the eyeball</w:t>
      </w:r>
    </w:p>
    <w:p w:rsidR="0008349B" w:rsidRDefault="0052356A">
      <w:pPr>
        <w:spacing w:after="0"/>
        <w:ind w:left="360"/>
      </w:pPr>
      <w:r>
        <w:t xml:space="preserve">D) Send nerve impulses to </w:t>
      </w:r>
      <w:r>
        <w:t>the brain</w:t>
      </w:r>
    </w:p>
    <w:p w:rsidR="0008349B" w:rsidRDefault="00583E44">
      <w:r>
        <w:rPr>
          <w:b/>
        </w:rPr>
        <w:t>18</w:t>
      </w:r>
      <w:r w:rsidR="0052356A">
        <w:rPr>
          <w:b/>
        </w:rPr>
        <w:t>. The ability of the crystalline lens of the human eye to adjust its focal length to see near and distant objects clearly is known as:</w:t>
      </w:r>
    </w:p>
    <w:p w:rsidR="0008349B" w:rsidRDefault="0052356A">
      <w:pPr>
        <w:spacing w:after="0"/>
        <w:ind w:left="360"/>
      </w:pPr>
      <w:r>
        <w:t>A) Refraction</w:t>
      </w:r>
    </w:p>
    <w:p w:rsidR="0008349B" w:rsidRDefault="0052356A">
      <w:pPr>
        <w:spacing w:after="0"/>
        <w:ind w:left="360"/>
      </w:pPr>
      <w:r>
        <w:t>B) Accommodation</w:t>
      </w:r>
    </w:p>
    <w:p w:rsidR="0008349B" w:rsidRDefault="0052356A">
      <w:pPr>
        <w:spacing w:after="0"/>
        <w:ind w:left="360"/>
      </w:pPr>
      <w:r>
        <w:t>C) Adaptation</w:t>
      </w:r>
    </w:p>
    <w:p w:rsidR="0008349B" w:rsidRDefault="0052356A">
      <w:pPr>
        <w:spacing w:after="0"/>
        <w:ind w:left="360"/>
      </w:pPr>
      <w:r>
        <w:t>D) Dispersion</w:t>
      </w:r>
    </w:p>
    <w:p w:rsidR="0008349B" w:rsidRDefault="00583E44">
      <w:r>
        <w:rPr>
          <w:b/>
        </w:rPr>
        <w:t>19</w:t>
      </w:r>
      <w:r w:rsidR="0052356A">
        <w:rPr>
          <w:b/>
        </w:rPr>
        <w:t>. Ultrasound waves are sound waves with frequencies:</w:t>
      </w:r>
    </w:p>
    <w:p w:rsidR="0008349B" w:rsidRDefault="0052356A">
      <w:pPr>
        <w:spacing w:after="0"/>
        <w:ind w:left="360"/>
      </w:pPr>
      <w:r>
        <w:t>A) Less than 20 Hz</w:t>
      </w:r>
    </w:p>
    <w:p w:rsidR="0008349B" w:rsidRDefault="0052356A">
      <w:pPr>
        <w:spacing w:after="0"/>
        <w:ind w:left="360"/>
      </w:pPr>
      <w:r>
        <w:t>B) Between 20 Hz and 2,000 Hz</w:t>
      </w:r>
    </w:p>
    <w:p w:rsidR="0008349B" w:rsidRDefault="0052356A">
      <w:pPr>
        <w:spacing w:after="0"/>
        <w:ind w:left="360"/>
      </w:pPr>
      <w:r>
        <w:t>C) Greater than 20,000 Hz</w:t>
      </w:r>
    </w:p>
    <w:p w:rsidR="0008349B" w:rsidRDefault="0052356A">
      <w:pPr>
        <w:spacing w:after="0"/>
        <w:ind w:left="360"/>
      </w:pPr>
      <w:r>
        <w:t>D) Equal to 330 Hz</w:t>
      </w:r>
    </w:p>
    <w:p w:rsidR="0008349B" w:rsidRDefault="00583E44">
      <w:r>
        <w:rPr>
          <w:b/>
        </w:rPr>
        <w:t>20</w:t>
      </w:r>
      <w:r w:rsidR="0052356A">
        <w:rPr>
          <w:b/>
        </w:rPr>
        <w:t>. Bats navigate and hunt for prey in total darkness by using:</w:t>
      </w:r>
    </w:p>
    <w:p w:rsidR="0008349B" w:rsidRDefault="0052356A">
      <w:pPr>
        <w:spacing w:after="0"/>
        <w:ind w:left="360"/>
      </w:pPr>
      <w:r>
        <w:t>A) Infrasonic communication</w:t>
      </w:r>
    </w:p>
    <w:p w:rsidR="0008349B" w:rsidRDefault="0052356A">
      <w:pPr>
        <w:spacing w:after="0"/>
        <w:ind w:left="360"/>
      </w:pPr>
      <w:r>
        <w:t xml:space="preserve">B) </w:t>
      </w:r>
      <w:r>
        <w:t>Echolocation</w:t>
      </w:r>
    </w:p>
    <w:p w:rsidR="0008349B" w:rsidRDefault="0052356A">
      <w:pPr>
        <w:spacing w:after="0"/>
        <w:ind w:left="360"/>
      </w:pPr>
      <w:r>
        <w:t>C) Electromagnetic induction</w:t>
      </w:r>
    </w:p>
    <w:p w:rsidR="0008349B" w:rsidRDefault="0052356A">
      <w:pPr>
        <w:spacing w:after="0"/>
        <w:ind w:left="360"/>
      </w:pPr>
      <w:r>
        <w:t>D) Optical refraction</w:t>
      </w:r>
    </w:p>
    <w:p w:rsidR="0008349B" w:rsidRDefault="0052356A">
      <w:pPr>
        <w:jc w:val="center"/>
      </w:pPr>
      <w:r>
        <w:rPr>
          <w:b/>
          <w:sz w:val="28"/>
        </w:rPr>
        <w:t>SECTION B: THEORY QUESTIO</w:t>
      </w:r>
      <w:r>
        <w:rPr>
          <w:b/>
          <w:sz w:val="28"/>
        </w:rPr>
        <w:t xml:space="preserve">NS </w:t>
      </w:r>
    </w:p>
    <w:p w:rsidR="0008349B" w:rsidRPr="00F23F93" w:rsidRDefault="0052356A" w:rsidP="00FC600C">
      <w:pPr>
        <w:rPr>
          <w:b/>
        </w:rPr>
      </w:pPr>
      <w:r w:rsidRPr="00F23F93">
        <w:rPr>
          <w:b/>
        </w:rPr>
        <w:t xml:space="preserve">Instructions: </w:t>
      </w:r>
      <w:r w:rsidRPr="00F23F93">
        <w:rPr>
          <w:b/>
        </w:rPr>
        <w:t>Answer all questions. Show clear calculations, ray diagrams, and labeled sketches where required.</w:t>
      </w:r>
    </w:p>
    <w:p w:rsidR="0008349B" w:rsidRPr="00F23F93" w:rsidRDefault="0052356A" w:rsidP="00744A5C">
      <w:pPr>
        <w:spacing w:after="60"/>
        <w:rPr>
          <w:b/>
        </w:rPr>
      </w:pPr>
      <w:r w:rsidRPr="00F23F93">
        <w:rPr>
          <w:b/>
        </w:rPr>
        <w:t>1</w:t>
      </w:r>
      <w:r w:rsidR="00744A5C" w:rsidRPr="00F23F93">
        <w:rPr>
          <w:b/>
        </w:rPr>
        <w:t xml:space="preserve"> </w:t>
      </w:r>
      <w:r w:rsidRPr="00F23F93">
        <w:rPr>
          <w:b/>
        </w:rPr>
        <w:t>(</w:t>
      </w:r>
      <w:r w:rsidR="00744A5C" w:rsidRPr="00F23F93">
        <w:rPr>
          <w:b/>
        </w:rPr>
        <w:t>a</w:t>
      </w:r>
      <w:r w:rsidRPr="00F23F93">
        <w:rPr>
          <w:b/>
        </w:rPr>
        <w:t>) State the two laws of reflection of light.</w:t>
      </w:r>
    </w:p>
    <w:p w:rsidR="0008349B" w:rsidRPr="00F23F93" w:rsidRDefault="0052356A" w:rsidP="00744A5C">
      <w:pPr>
        <w:spacing w:after="60"/>
        <w:rPr>
          <w:b/>
        </w:rPr>
      </w:pPr>
      <w:r w:rsidRPr="00F23F93">
        <w:rPr>
          <w:b/>
        </w:rPr>
        <w:lastRenderedPageBreak/>
        <w:t>(</w:t>
      </w:r>
      <w:r w:rsidR="00744A5C" w:rsidRPr="00F23F93">
        <w:rPr>
          <w:b/>
        </w:rPr>
        <w:t>b</w:t>
      </w:r>
      <w:r w:rsidRPr="00F23F93">
        <w:rPr>
          <w:b/>
        </w:rPr>
        <w:t>) State Snell’s Law of refraction.</w:t>
      </w:r>
    </w:p>
    <w:p w:rsidR="00744A5C" w:rsidRPr="00F23F93" w:rsidRDefault="00744A5C" w:rsidP="00744A5C">
      <w:pPr>
        <w:spacing w:after="60"/>
        <w:rPr>
          <w:b/>
        </w:rPr>
      </w:pPr>
    </w:p>
    <w:p w:rsidR="0008349B" w:rsidRPr="00F23F93" w:rsidRDefault="00744A5C" w:rsidP="00F23F93">
      <w:pPr>
        <w:spacing w:after="60"/>
        <w:rPr>
          <w:b/>
        </w:rPr>
      </w:pPr>
      <w:r w:rsidRPr="00F23F93">
        <w:rPr>
          <w:b/>
        </w:rPr>
        <w:t>2. State and explain 4 characteristics of sound waves</w:t>
      </w:r>
    </w:p>
    <w:p w:rsidR="0008349B" w:rsidRPr="00F23F93" w:rsidRDefault="00744A5C" w:rsidP="00744A5C">
      <w:pPr>
        <w:spacing w:after="60"/>
        <w:rPr>
          <w:b/>
        </w:rPr>
      </w:pPr>
      <w:r w:rsidRPr="00F23F93">
        <w:rPr>
          <w:b/>
        </w:rPr>
        <w:t>3.</w:t>
      </w:r>
      <w:r w:rsidR="0052356A" w:rsidRPr="00F23F93">
        <w:rPr>
          <w:b/>
        </w:rPr>
        <w:t xml:space="preserve">(a) What is an echo? </w:t>
      </w:r>
    </w:p>
    <w:p w:rsidR="0008349B" w:rsidRPr="00F23F93" w:rsidRDefault="0052356A">
      <w:pPr>
        <w:spacing w:after="60"/>
        <w:ind w:left="360"/>
        <w:rPr>
          <w:b/>
        </w:rPr>
      </w:pPr>
      <w:r w:rsidRPr="00F23F93">
        <w:rPr>
          <w:b/>
        </w:rPr>
        <w:t xml:space="preserve">(b) State the </w:t>
      </w:r>
      <w:r w:rsidRPr="00F23F93">
        <w:rPr>
          <w:b/>
        </w:rPr>
        <w:t>functions of the following structures:</w:t>
      </w:r>
    </w:p>
    <w:p w:rsidR="0008349B" w:rsidRPr="00F23F93" w:rsidRDefault="0052356A">
      <w:pPr>
        <w:spacing w:after="60"/>
        <w:ind w:left="360"/>
        <w:rPr>
          <w:b/>
        </w:rPr>
      </w:pPr>
      <w:r w:rsidRPr="00F23F93">
        <w:rPr>
          <w:b/>
        </w:rPr>
        <w:t xml:space="preserve">    i) Ciliary muscles</w:t>
      </w:r>
    </w:p>
    <w:p w:rsidR="0008349B" w:rsidRPr="00F23F93" w:rsidRDefault="0052356A">
      <w:pPr>
        <w:spacing w:after="60"/>
        <w:ind w:left="360"/>
        <w:rPr>
          <w:b/>
        </w:rPr>
      </w:pPr>
      <w:r w:rsidRPr="00F23F93">
        <w:rPr>
          <w:b/>
        </w:rPr>
        <w:t xml:space="preserve">    ii) Pupil</w:t>
      </w:r>
    </w:p>
    <w:p w:rsidR="0008349B" w:rsidRPr="00F23F93" w:rsidRDefault="0052356A" w:rsidP="00744A5C">
      <w:pPr>
        <w:spacing w:after="60"/>
        <w:ind w:left="360"/>
        <w:rPr>
          <w:b/>
        </w:rPr>
      </w:pPr>
      <w:r w:rsidRPr="00F23F93">
        <w:rPr>
          <w:b/>
        </w:rPr>
        <w:t xml:space="preserve">    iii) Retina</w:t>
      </w:r>
    </w:p>
    <w:p w:rsidR="0008349B" w:rsidRPr="00F23F93" w:rsidRDefault="000964AE" w:rsidP="00744A5C">
      <w:pPr>
        <w:spacing w:after="60"/>
        <w:rPr>
          <w:b/>
        </w:rPr>
      </w:pPr>
      <w:r w:rsidRPr="00F23F93">
        <w:rPr>
          <w:b/>
        </w:rPr>
        <w:t>4 State</w:t>
      </w:r>
      <w:r w:rsidR="0052356A" w:rsidRPr="00F23F93">
        <w:rPr>
          <w:b/>
        </w:rPr>
        <w:t xml:space="preserve"> two major structural differences</w:t>
      </w:r>
      <w:r w:rsidR="00744A5C" w:rsidRPr="00F23F93">
        <w:rPr>
          <w:b/>
        </w:rPr>
        <w:t xml:space="preserve"> and similarities</w:t>
      </w:r>
      <w:r w:rsidR="0052356A" w:rsidRPr="00F23F93">
        <w:rPr>
          <w:b/>
        </w:rPr>
        <w:t xml:space="preserve"> between the human eye and a photographic camera.</w:t>
      </w:r>
    </w:p>
    <w:p w:rsidR="00744A5C" w:rsidRPr="00F23F93" w:rsidRDefault="00744A5C" w:rsidP="00744A5C">
      <w:pPr>
        <w:spacing w:after="60"/>
        <w:rPr>
          <w:b/>
        </w:rPr>
      </w:pPr>
    </w:p>
    <w:p w:rsidR="0008349B" w:rsidRPr="00F23F93" w:rsidRDefault="00744A5C" w:rsidP="00744A5C">
      <w:pPr>
        <w:spacing w:after="60"/>
        <w:rPr>
          <w:b/>
        </w:rPr>
      </w:pPr>
      <w:r w:rsidRPr="00F23F93">
        <w:rPr>
          <w:b/>
        </w:rPr>
        <w:t>5.</w:t>
      </w:r>
      <w:r w:rsidR="0052356A" w:rsidRPr="00F23F93">
        <w:rPr>
          <w:b/>
        </w:rPr>
        <w:t xml:space="preserve"> Explain the nature and cause of the following eye defects and state the type of lens used to correct each:</w:t>
      </w:r>
    </w:p>
    <w:p w:rsidR="0008349B" w:rsidRPr="00F23F93" w:rsidRDefault="0052356A">
      <w:pPr>
        <w:spacing w:after="60"/>
        <w:ind w:left="360"/>
        <w:rPr>
          <w:b/>
        </w:rPr>
      </w:pPr>
      <w:r w:rsidRPr="00F23F93">
        <w:rPr>
          <w:b/>
        </w:rPr>
        <w:t xml:space="preserve">    i) Hypermetropia (Long-sightedness)</w:t>
      </w:r>
    </w:p>
    <w:p w:rsidR="0008349B" w:rsidRPr="00F23F93" w:rsidRDefault="0052356A">
      <w:pPr>
        <w:spacing w:after="60"/>
        <w:ind w:left="360"/>
        <w:rPr>
          <w:b/>
        </w:rPr>
      </w:pPr>
      <w:r w:rsidRPr="00F23F93">
        <w:rPr>
          <w:b/>
        </w:rPr>
        <w:t xml:space="preserve">    ii) Astigmatism</w:t>
      </w:r>
    </w:p>
    <w:p w:rsidR="0008349B" w:rsidRPr="00F23F93" w:rsidRDefault="0052356A" w:rsidP="00744A5C">
      <w:pPr>
        <w:spacing w:after="60"/>
        <w:ind w:left="360"/>
        <w:rPr>
          <w:b/>
        </w:rPr>
      </w:pPr>
      <w:r w:rsidRPr="00F23F93">
        <w:rPr>
          <w:b/>
        </w:rPr>
        <w:t xml:space="preserve">    iii) Presbyopia</w:t>
      </w:r>
    </w:p>
    <w:p w:rsidR="0008349B" w:rsidRPr="00F23F93" w:rsidRDefault="00744A5C" w:rsidP="00744A5C">
      <w:pPr>
        <w:spacing w:after="60"/>
        <w:rPr>
          <w:b/>
        </w:rPr>
      </w:pPr>
      <w:r w:rsidRPr="00F23F93">
        <w:rPr>
          <w:b/>
        </w:rPr>
        <w:t xml:space="preserve">6. </w:t>
      </w:r>
      <w:r w:rsidR="0052356A" w:rsidRPr="00F23F93">
        <w:rPr>
          <w:b/>
        </w:rPr>
        <w:t xml:space="preserve">(a) </w:t>
      </w:r>
      <w:r w:rsidR="000964AE" w:rsidRPr="00F23F93">
        <w:rPr>
          <w:b/>
        </w:rPr>
        <w:t>Distinguish between</w:t>
      </w:r>
      <w:r w:rsidR="0052356A" w:rsidRPr="00F23F93">
        <w:rPr>
          <w:b/>
        </w:rPr>
        <w:t xml:space="preserve"> ultraso</w:t>
      </w:r>
      <w:r w:rsidR="000964AE" w:rsidRPr="00F23F93">
        <w:rPr>
          <w:b/>
        </w:rPr>
        <w:t>nic and infrasonic</w:t>
      </w:r>
    </w:p>
    <w:p w:rsidR="0008349B" w:rsidRPr="00F23F93" w:rsidRDefault="0008349B">
      <w:pPr>
        <w:spacing w:after="60"/>
        <w:ind w:left="360"/>
        <w:rPr>
          <w:b/>
        </w:rPr>
      </w:pPr>
    </w:p>
    <w:sectPr w:rsidR="0008349B" w:rsidRPr="00F23F93" w:rsidSect="00034616">
      <w:pgSz w:w="12240" w:h="15840"/>
      <w:pgMar w:top="1000" w:right="1100" w:bottom="10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49B"/>
    <w:rsid w:val="000964AE"/>
    <w:rsid w:val="0015074B"/>
    <w:rsid w:val="0029639D"/>
    <w:rsid w:val="00326F90"/>
    <w:rsid w:val="0052356A"/>
    <w:rsid w:val="00583E44"/>
    <w:rsid w:val="00744A5C"/>
    <w:rsid w:val="00AA1D8D"/>
    <w:rsid w:val="00B47730"/>
    <w:rsid w:val="00CB0664"/>
    <w:rsid w:val="00F23F93"/>
    <w:rsid w:val="00FC60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53E174"/>
  <w14:defaultImageDpi w14:val="300"/>
  <w15:docId w15:val="{B0E94F05-4A33-4EF4-8317-9E02EC25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4B8EBE-0B52-4EE5-ADEC-0E2A5DE06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2026-10-18T09:32:00Z</dcterms:modified>
  <cp:category/>
</cp:coreProperties>
</file>