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700" w:rsidRPr="00766700" w:rsidRDefault="00766700" w:rsidP="00766700">
      <w:pPr>
        <w:jc w:val="center"/>
        <w:rPr>
          <w:b/>
          <w:sz w:val="24"/>
        </w:rPr>
      </w:pPr>
      <w:r w:rsidRPr="00766700">
        <w:rPr>
          <w:b/>
          <w:sz w:val="24"/>
        </w:rPr>
        <w:t>KEYSTONE BRITISH ARTS AND SCIENCE HIGH SCHOOL</w:t>
      </w:r>
    </w:p>
    <w:p w:rsidR="00766700" w:rsidRPr="00766700" w:rsidRDefault="00766700" w:rsidP="00766700">
      <w:pPr>
        <w:jc w:val="center"/>
        <w:rPr>
          <w:b/>
          <w:sz w:val="24"/>
        </w:rPr>
      </w:pPr>
      <w:r w:rsidRPr="00766700">
        <w:rPr>
          <w:b/>
          <w:sz w:val="24"/>
        </w:rPr>
        <w:t>FIRST TERM TEST FOR 2026/2027 ACADEMIC SESSION</w:t>
      </w:r>
    </w:p>
    <w:p w:rsidR="00766700" w:rsidRPr="00766700" w:rsidRDefault="00766700" w:rsidP="00766700">
      <w:pPr>
        <w:jc w:val="center"/>
        <w:rPr>
          <w:b/>
          <w:sz w:val="24"/>
        </w:rPr>
      </w:pPr>
      <w:proofErr w:type="gramStart"/>
      <w:r w:rsidRPr="00766700">
        <w:rPr>
          <w:b/>
          <w:sz w:val="24"/>
        </w:rPr>
        <w:t>SUBJECT :</w:t>
      </w:r>
      <w:proofErr w:type="gramEnd"/>
      <w:r w:rsidRPr="00766700">
        <w:rPr>
          <w:b/>
          <w:sz w:val="24"/>
        </w:rPr>
        <w:t xml:space="preserve"> </w:t>
      </w:r>
      <w:r>
        <w:rPr>
          <w:b/>
          <w:sz w:val="24"/>
        </w:rPr>
        <w:t>CHEMISTRY</w:t>
      </w:r>
    </w:p>
    <w:p w:rsidR="00766700" w:rsidRPr="00766700" w:rsidRDefault="00766700" w:rsidP="00766700">
      <w:pPr>
        <w:jc w:val="center"/>
        <w:rPr>
          <w:b/>
          <w:sz w:val="24"/>
        </w:rPr>
      </w:pPr>
      <w:r w:rsidRPr="00766700">
        <w:rPr>
          <w:b/>
          <w:sz w:val="24"/>
        </w:rPr>
        <w:t>CLASS: GRADE 12                                    DURATION: 1 HOUR</w:t>
      </w:r>
    </w:p>
    <w:p w:rsidR="00766700" w:rsidRPr="00766700" w:rsidRDefault="00766700" w:rsidP="00766700">
      <w:pPr>
        <w:jc w:val="center"/>
        <w:rPr>
          <w:b/>
          <w:sz w:val="24"/>
        </w:rPr>
      </w:pPr>
      <w:bookmarkStart w:id="0" w:name="_GoBack"/>
      <w:bookmarkEnd w:id="0"/>
      <w:r w:rsidRPr="00766700">
        <w:rPr>
          <w:b/>
          <w:sz w:val="24"/>
        </w:rPr>
        <w:t xml:space="preserve">SECTION </w:t>
      </w:r>
      <w:proofErr w:type="gramStart"/>
      <w:r w:rsidRPr="00766700">
        <w:rPr>
          <w:b/>
          <w:sz w:val="24"/>
        </w:rPr>
        <w:t>A :</w:t>
      </w:r>
      <w:proofErr w:type="gramEnd"/>
      <w:r w:rsidRPr="00766700">
        <w:rPr>
          <w:b/>
          <w:sz w:val="24"/>
        </w:rPr>
        <w:t xml:space="preserve"> OBJECTIVE QUESTIONS</w:t>
      </w:r>
    </w:p>
    <w:p w:rsidR="00F80278" w:rsidRPr="00766700" w:rsidRDefault="00766700" w:rsidP="00766700">
      <w:pPr>
        <w:jc w:val="center"/>
        <w:rPr>
          <w:b/>
          <w:sz w:val="24"/>
        </w:rPr>
      </w:pPr>
      <w:r w:rsidRPr="00766700">
        <w:rPr>
          <w:b/>
          <w:sz w:val="24"/>
        </w:rPr>
        <w:t>ANSWER ALL QUESTIONS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 xml:space="preserve">Instructions: </w:t>
      </w:r>
      <w:r w:rsidRPr="00A30074">
        <w:rPr>
          <w:sz w:val="28"/>
        </w:rPr>
        <w:t>Choose the correct option for each question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1. Which of the following carbohydrate classes is classified as a non-reducing sugar?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Glucose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Fructose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Maltose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Sucrose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2. The chemical reagent used to test for the presence of starch in a food sample is: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Fehling’s solution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Iodine solution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Biuret reagent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Millon’s reagent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3. Proteins are natural polymers composed of monomer units linked by: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Glycosid</w:t>
      </w:r>
      <w:r w:rsidRPr="00A30074">
        <w:rPr>
          <w:sz w:val="28"/>
        </w:rPr>
        <w:t>ic bonds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Peptide bonds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Ester linkages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Hydrogen bonds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4. The hydrolysis of fats and oils using a strong alkali such as sodium hydroxide (NaOH) produces glycerol and: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Amino acids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Fatty acids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Soap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Glucose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5. Which reagent turns violet/pur</w:t>
      </w:r>
      <w:r w:rsidRPr="00A30074">
        <w:rPr>
          <w:b/>
          <w:sz w:val="28"/>
        </w:rPr>
        <w:t>ple when mixed with a solution containing proteins?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lastRenderedPageBreak/>
        <w:t>A) Benedict's reagent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Biuret reagent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Tollen's reagent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Acidified KMnO₄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6. Fats and oils belong to the functional group of organic compounds known as: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Alkanols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Esters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Alkanoic acids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 xml:space="preserve">D) </w:t>
      </w:r>
      <w:r w:rsidRPr="00A30074">
        <w:rPr>
          <w:sz w:val="28"/>
        </w:rPr>
        <w:t>Ethers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7. Which process converts liquid vegetable oils into solid fats (margarine)?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Saponification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Catalytic hydrogenation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Fermentation</w:t>
      </w:r>
    </w:p>
    <w:p w:rsidR="00F80278" w:rsidRPr="00A30074" w:rsidRDefault="00A30074" w:rsidP="00766700">
      <w:pPr>
        <w:spacing w:after="0"/>
        <w:ind w:left="360"/>
        <w:rPr>
          <w:sz w:val="28"/>
        </w:rPr>
      </w:pPr>
      <w:r w:rsidRPr="00A30074">
        <w:rPr>
          <w:sz w:val="28"/>
        </w:rPr>
        <w:t>D) Esterification</w:t>
      </w:r>
    </w:p>
    <w:p w:rsidR="00F80278" w:rsidRPr="00A30074" w:rsidRDefault="00766700">
      <w:pPr>
        <w:rPr>
          <w:sz w:val="28"/>
        </w:rPr>
      </w:pPr>
      <w:r w:rsidRPr="00A30074">
        <w:rPr>
          <w:b/>
          <w:sz w:val="28"/>
        </w:rPr>
        <w:t>8</w:t>
      </w:r>
      <w:r w:rsidR="00A30074" w:rsidRPr="00A30074">
        <w:rPr>
          <w:b/>
          <w:sz w:val="28"/>
        </w:rPr>
        <w:t>. Analgesics are drugs specifically formulated to: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Kill bacteria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Relieve pain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Lower blood pressure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Induce sleep</w:t>
      </w:r>
    </w:p>
    <w:p w:rsidR="00F80278" w:rsidRPr="00A30074" w:rsidRDefault="00766700">
      <w:pPr>
        <w:rPr>
          <w:sz w:val="28"/>
        </w:rPr>
      </w:pPr>
      <w:r w:rsidRPr="00A30074">
        <w:rPr>
          <w:b/>
          <w:sz w:val="28"/>
        </w:rPr>
        <w:t>9</w:t>
      </w:r>
      <w:r w:rsidR="00A30074" w:rsidRPr="00A30074">
        <w:rPr>
          <w:b/>
          <w:sz w:val="28"/>
        </w:rPr>
        <w:t xml:space="preserve">. Which class of drugs destroys or inhibits the growth of </w:t>
      </w:r>
      <w:r w:rsidR="00A30074" w:rsidRPr="00A30074">
        <w:rPr>
          <w:b/>
          <w:sz w:val="28"/>
        </w:rPr>
        <w:t>microorganisms in the body?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Antipyretics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Antibiotics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Sedatives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Antacids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1</w:t>
      </w:r>
      <w:r w:rsidR="00766700" w:rsidRPr="00A30074">
        <w:rPr>
          <w:b/>
          <w:sz w:val="28"/>
        </w:rPr>
        <w:t>0</w:t>
      </w:r>
      <w:r w:rsidRPr="00A30074">
        <w:rPr>
          <w:b/>
          <w:sz w:val="28"/>
        </w:rPr>
        <w:t>. Excessive consumption and abuse of alcohol primarily damages which vital organ?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Lungs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Kidneys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Liver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Heart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1</w:t>
      </w:r>
      <w:r w:rsidR="00766700" w:rsidRPr="00A30074">
        <w:rPr>
          <w:b/>
          <w:sz w:val="28"/>
        </w:rPr>
        <w:t>1</w:t>
      </w:r>
      <w:r w:rsidRPr="00A30074">
        <w:rPr>
          <w:b/>
          <w:sz w:val="28"/>
        </w:rPr>
        <w:t xml:space="preserve">. A addictive stimulant drug found in tobacco </w:t>
      </w:r>
      <w:r w:rsidRPr="00A30074">
        <w:rPr>
          <w:b/>
          <w:sz w:val="28"/>
        </w:rPr>
        <w:t>products is: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Caffeine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Nicotine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lastRenderedPageBreak/>
        <w:t>C) Morphine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Heroin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1</w:t>
      </w:r>
      <w:r w:rsidR="00766700" w:rsidRPr="00A30074">
        <w:rPr>
          <w:b/>
          <w:sz w:val="28"/>
        </w:rPr>
        <w:t>2</w:t>
      </w:r>
      <w:r w:rsidRPr="00A30074">
        <w:rPr>
          <w:b/>
          <w:sz w:val="28"/>
        </w:rPr>
        <w:t>. Which chemical compound is commonly used in antacid formulations to neutralize excess stomach acidity?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Mg(OH)₂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H₂SO₄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NaCl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 xml:space="preserve">D) </w:t>
      </w:r>
      <w:proofErr w:type="spellStart"/>
      <w:r w:rsidRPr="00A30074">
        <w:rPr>
          <w:sz w:val="28"/>
        </w:rPr>
        <w:t>CuSO</w:t>
      </w:r>
      <w:proofErr w:type="spellEnd"/>
      <w:r w:rsidRPr="00A30074">
        <w:rPr>
          <w:sz w:val="28"/>
        </w:rPr>
        <w:t>₄</w:t>
      </w:r>
    </w:p>
    <w:p w:rsidR="00F80278" w:rsidRPr="00A30074" w:rsidRDefault="00F80278">
      <w:pPr>
        <w:spacing w:after="0"/>
        <w:ind w:left="360"/>
        <w:rPr>
          <w:sz w:val="28"/>
        </w:rPr>
      </w:pP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1</w:t>
      </w:r>
      <w:r w:rsidR="00766700" w:rsidRPr="00A30074">
        <w:rPr>
          <w:b/>
          <w:sz w:val="28"/>
        </w:rPr>
        <w:t>3</w:t>
      </w:r>
      <w:r w:rsidRPr="00A30074">
        <w:rPr>
          <w:b/>
          <w:sz w:val="28"/>
        </w:rPr>
        <w:t>. Morphine and codeine belong to a class of pain-relieving drugs known as: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Narcotics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Antihistamines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Antiseptics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Tranquilizers</w:t>
      </w:r>
    </w:p>
    <w:p w:rsidR="00F80278" w:rsidRPr="00A30074" w:rsidRDefault="00A30074">
      <w:pPr>
        <w:rPr>
          <w:sz w:val="28"/>
        </w:rPr>
      </w:pPr>
      <w:r w:rsidRPr="00A30074">
        <w:rPr>
          <w:b/>
          <w:sz w:val="28"/>
        </w:rPr>
        <w:t>1</w:t>
      </w:r>
      <w:r w:rsidR="00766700" w:rsidRPr="00A30074">
        <w:rPr>
          <w:b/>
          <w:sz w:val="28"/>
        </w:rPr>
        <w:t>4</w:t>
      </w:r>
      <w:r w:rsidRPr="00A30074">
        <w:rPr>
          <w:b/>
          <w:sz w:val="28"/>
        </w:rPr>
        <w:t>. The essential binding raw material used in the manufacturing of Portland cement is: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Limestone (CaCO₃)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Silica (SiO₂)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Gypsum (CaSO₄·2H₂O)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Clay</w:t>
      </w:r>
    </w:p>
    <w:p w:rsidR="00F80278" w:rsidRPr="00A30074" w:rsidRDefault="00766700">
      <w:pPr>
        <w:rPr>
          <w:sz w:val="28"/>
        </w:rPr>
      </w:pPr>
      <w:r w:rsidRPr="00A30074">
        <w:rPr>
          <w:b/>
          <w:sz w:val="28"/>
        </w:rPr>
        <w:t>15</w:t>
      </w:r>
      <w:r w:rsidR="00A30074" w:rsidRPr="00A30074">
        <w:rPr>
          <w:b/>
          <w:sz w:val="28"/>
        </w:rPr>
        <w:t>. A major active bleaching agent present in household liquid bleach is: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Sodium chloride (NaCl)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Sodium hypochlorite (NaClO)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Calcium hydroxide (Ca(OH)₂)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</w:t>
      </w:r>
      <w:r w:rsidRPr="00A30074">
        <w:rPr>
          <w:sz w:val="28"/>
        </w:rPr>
        <w:t xml:space="preserve"> Hydrogen peroxide (H₂O₂)</w:t>
      </w:r>
    </w:p>
    <w:p w:rsidR="00F80278" w:rsidRPr="00A30074" w:rsidRDefault="00766700">
      <w:pPr>
        <w:rPr>
          <w:sz w:val="28"/>
        </w:rPr>
      </w:pPr>
      <w:r w:rsidRPr="00A30074">
        <w:rPr>
          <w:b/>
          <w:sz w:val="28"/>
        </w:rPr>
        <w:t>16</w:t>
      </w:r>
      <w:r w:rsidR="00A30074" w:rsidRPr="00A30074">
        <w:rPr>
          <w:b/>
          <w:sz w:val="28"/>
        </w:rPr>
        <w:t>. The process of converting sugar solutions in</w:t>
      </w:r>
      <w:r w:rsidR="00A30074" w:rsidRPr="00A30074">
        <w:rPr>
          <w:b/>
          <w:sz w:val="28"/>
        </w:rPr>
        <w:t>to ethanol and carbon dioxide using yeast is called: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Esterification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Fermentation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Saponification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Polymerization</w:t>
      </w:r>
    </w:p>
    <w:p w:rsidR="00F80278" w:rsidRPr="00A30074" w:rsidRDefault="00766700">
      <w:pPr>
        <w:rPr>
          <w:sz w:val="28"/>
        </w:rPr>
      </w:pPr>
      <w:r w:rsidRPr="00A30074">
        <w:rPr>
          <w:b/>
          <w:sz w:val="28"/>
        </w:rPr>
        <w:t>17</w:t>
      </w:r>
      <w:r w:rsidR="00A30074" w:rsidRPr="00A30074">
        <w:rPr>
          <w:b/>
          <w:sz w:val="28"/>
        </w:rPr>
        <w:t>. Acid rain is primarily caused by gaseous emissions of: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CO and CO₂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SO₂ and NO₂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lastRenderedPageBreak/>
        <w:t xml:space="preserve">C) CH₄ and </w:t>
      </w:r>
      <w:r w:rsidRPr="00A30074">
        <w:rPr>
          <w:sz w:val="28"/>
        </w:rPr>
        <w:t>CFCs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NH₃ and H₂S</w:t>
      </w:r>
    </w:p>
    <w:p w:rsidR="00F80278" w:rsidRPr="00A30074" w:rsidRDefault="00766700">
      <w:pPr>
        <w:rPr>
          <w:sz w:val="28"/>
        </w:rPr>
      </w:pPr>
      <w:r w:rsidRPr="00A30074">
        <w:rPr>
          <w:b/>
          <w:sz w:val="28"/>
        </w:rPr>
        <w:t>18</w:t>
      </w:r>
      <w:r w:rsidR="00A30074" w:rsidRPr="00A30074">
        <w:rPr>
          <w:b/>
          <w:sz w:val="28"/>
        </w:rPr>
        <w:t>. Which heavy metal pollutant causes Minamata disease through contaminate</w:t>
      </w:r>
      <w:r w:rsidR="00A30074" w:rsidRPr="00A30074">
        <w:rPr>
          <w:b/>
          <w:sz w:val="28"/>
        </w:rPr>
        <w:t>d fish intake?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Lead (Pb)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Mercury (Hg)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Cadmium (Cd)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Arsenic (As)</w:t>
      </w:r>
    </w:p>
    <w:p w:rsidR="00F80278" w:rsidRPr="00A30074" w:rsidRDefault="00130CEB">
      <w:pPr>
        <w:rPr>
          <w:sz w:val="28"/>
        </w:rPr>
      </w:pPr>
      <w:r w:rsidRPr="00A30074">
        <w:rPr>
          <w:b/>
          <w:sz w:val="28"/>
        </w:rPr>
        <w:t>19</w:t>
      </w:r>
      <w:r w:rsidR="00A30074" w:rsidRPr="00A30074">
        <w:rPr>
          <w:b/>
          <w:sz w:val="28"/>
        </w:rPr>
        <w:t xml:space="preserve">. Bioremediation is an environmental treatment technique that </w:t>
      </w:r>
      <w:r w:rsidR="00A30074" w:rsidRPr="00A30074">
        <w:rPr>
          <w:b/>
          <w:sz w:val="28"/>
        </w:rPr>
        <w:t>uses: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Strong acids to neutralize spills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Microorganisms to degrade pollutants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Incineration at ultra-high temperatures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Synthetic chemical coagulants</w:t>
      </w:r>
    </w:p>
    <w:p w:rsidR="00F80278" w:rsidRPr="00A30074" w:rsidRDefault="00130CEB">
      <w:pPr>
        <w:rPr>
          <w:sz w:val="28"/>
        </w:rPr>
      </w:pPr>
      <w:r w:rsidRPr="00A30074">
        <w:rPr>
          <w:b/>
          <w:sz w:val="28"/>
        </w:rPr>
        <w:t>2</w:t>
      </w:r>
      <w:r w:rsidR="00A30074" w:rsidRPr="00A30074">
        <w:rPr>
          <w:b/>
          <w:sz w:val="28"/>
        </w:rPr>
        <w:t>0. The refining of crude oil into different commercial fractions relies on: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A) Simple distillation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B) Fractional distillation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C) Crystallization</w:t>
      </w:r>
    </w:p>
    <w:p w:rsidR="00F80278" w:rsidRPr="00A30074" w:rsidRDefault="00A30074">
      <w:pPr>
        <w:spacing w:after="0"/>
        <w:ind w:left="360"/>
        <w:rPr>
          <w:sz w:val="28"/>
        </w:rPr>
      </w:pPr>
      <w:r w:rsidRPr="00A30074">
        <w:rPr>
          <w:sz w:val="28"/>
        </w:rPr>
        <w:t>D) Su</w:t>
      </w:r>
      <w:r w:rsidRPr="00A30074">
        <w:rPr>
          <w:sz w:val="28"/>
        </w:rPr>
        <w:t>blimation</w:t>
      </w:r>
    </w:p>
    <w:p w:rsidR="00130CEB" w:rsidRDefault="00130CEB">
      <w:pPr>
        <w:jc w:val="center"/>
        <w:rPr>
          <w:b/>
          <w:sz w:val="28"/>
        </w:rPr>
      </w:pPr>
    </w:p>
    <w:p w:rsidR="00F80278" w:rsidRPr="00A30074" w:rsidRDefault="00A30074">
      <w:pPr>
        <w:jc w:val="center"/>
        <w:rPr>
          <w:b/>
          <w:sz w:val="24"/>
        </w:rPr>
      </w:pPr>
      <w:r w:rsidRPr="00A30074">
        <w:rPr>
          <w:b/>
          <w:sz w:val="32"/>
        </w:rPr>
        <w:t xml:space="preserve">SECTION B: THEORY QUESTIONS </w:t>
      </w:r>
    </w:p>
    <w:p w:rsidR="00F80278" w:rsidRPr="00A30074" w:rsidRDefault="00A30074">
      <w:pPr>
        <w:rPr>
          <w:b/>
          <w:sz w:val="24"/>
        </w:rPr>
      </w:pPr>
      <w:r w:rsidRPr="00A30074">
        <w:rPr>
          <w:b/>
          <w:sz w:val="24"/>
        </w:rPr>
        <w:t xml:space="preserve">Instructions: </w:t>
      </w:r>
      <w:r w:rsidRPr="00A30074">
        <w:rPr>
          <w:b/>
          <w:sz w:val="24"/>
        </w:rPr>
        <w:t>Answer all questions. Show clear chemical equations, structures, and steps where required.</w:t>
      </w:r>
    </w:p>
    <w:p w:rsidR="00F80278" w:rsidRPr="00A30074" w:rsidRDefault="00A30074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>1(a) Define carbohydrates and write the general chemical formula for monosaccharides.</w:t>
      </w:r>
    </w:p>
    <w:p w:rsidR="00F80278" w:rsidRPr="00A30074" w:rsidRDefault="00A30074">
      <w:pPr>
        <w:spacing w:after="60"/>
        <w:ind w:left="360"/>
        <w:rPr>
          <w:b/>
          <w:sz w:val="24"/>
        </w:rPr>
      </w:pPr>
      <w:r w:rsidRPr="00A30074">
        <w:rPr>
          <w:b/>
          <w:sz w:val="24"/>
        </w:rPr>
        <w:t>1(</w:t>
      </w:r>
      <w:r w:rsidR="00130CEB" w:rsidRPr="00A30074">
        <w:rPr>
          <w:b/>
          <w:sz w:val="24"/>
        </w:rPr>
        <w:t>b</w:t>
      </w:r>
      <w:r w:rsidRPr="00A30074">
        <w:rPr>
          <w:b/>
          <w:sz w:val="24"/>
        </w:rPr>
        <w:t>) Describe a laboratory test to distinguish between glucose a</w:t>
      </w:r>
      <w:r w:rsidRPr="00A30074">
        <w:rPr>
          <w:b/>
          <w:sz w:val="24"/>
        </w:rPr>
        <w:t>nd starch.</w:t>
      </w:r>
    </w:p>
    <w:p w:rsidR="00130CEB" w:rsidRPr="00A30074" w:rsidRDefault="00130CEB">
      <w:pPr>
        <w:spacing w:after="60"/>
        <w:ind w:left="360"/>
        <w:rPr>
          <w:b/>
          <w:sz w:val="24"/>
        </w:rPr>
      </w:pPr>
    </w:p>
    <w:p w:rsidR="00F80278" w:rsidRPr="00A30074" w:rsidRDefault="00A30074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>2(a) Define protein and draw the general structure of an α-amino acid.</w:t>
      </w:r>
    </w:p>
    <w:p w:rsidR="00F80278" w:rsidRPr="00A30074" w:rsidRDefault="00A30074">
      <w:pPr>
        <w:spacing w:after="60"/>
        <w:ind w:left="360"/>
        <w:rPr>
          <w:b/>
          <w:sz w:val="24"/>
        </w:rPr>
      </w:pPr>
      <w:r w:rsidRPr="00A30074">
        <w:rPr>
          <w:b/>
          <w:sz w:val="24"/>
        </w:rPr>
        <w:t>2(</w:t>
      </w:r>
      <w:r w:rsidR="00130CEB" w:rsidRPr="00A30074">
        <w:rPr>
          <w:b/>
          <w:sz w:val="24"/>
        </w:rPr>
        <w:t>b</w:t>
      </w:r>
      <w:r w:rsidRPr="00A30074">
        <w:rPr>
          <w:b/>
          <w:sz w:val="24"/>
        </w:rPr>
        <w:t>) State three industrial or biological functions of proteins.</w:t>
      </w:r>
    </w:p>
    <w:p w:rsidR="00130CEB" w:rsidRPr="00A30074" w:rsidRDefault="00130CEB">
      <w:pPr>
        <w:spacing w:after="60"/>
        <w:ind w:left="360"/>
        <w:rPr>
          <w:b/>
          <w:sz w:val="24"/>
        </w:rPr>
      </w:pPr>
    </w:p>
    <w:p w:rsidR="00F80278" w:rsidRPr="00A30074" w:rsidRDefault="00A30074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>3(a) Distinguish between a fat and an oil based on physical state and chemical structure.</w:t>
      </w:r>
    </w:p>
    <w:p w:rsidR="00130CEB" w:rsidRPr="00A30074" w:rsidRDefault="00130CEB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 xml:space="preserve">  (b) </w:t>
      </w:r>
      <w:r w:rsidRPr="00A30074">
        <w:rPr>
          <w:b/>
          <w:sz w:val="24"/>
        </w:rPr>
        <w:t>Name four major types of environmental pollution</w:t>
      </w:r>
    </w:p>
    <w:p w:rsidR="00130CEB" w:rsidRPr="00A30074" w:rsidRDefault="00130CEB" w:rsidP="00130CEB">
      <w:pPr>
        <w:spacing w:after="60"/>
        <w:ind w:left="360"/>
        <w:rPr>
          <w:b/>
          <w:sz w:val="24"/>
        </w:rPr>
      </w:pPr>
    </w:p>
    <w:p w:rsidR="00F80278" w:rsidRPr="00A30074" w:rsidRDefault="00A30074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 xml:space="preserve">4(a) Define the following terms in medicinal chemistry: i) </w:t>
      </w:r>
      <w:proofErr w:type="gramStart"/>
      <w:r w:rsidRPr="00A30074">
        <w:rPr>
          <w:b/>
          <w:sz w:val="24"/>
        </w:rPr>
        <w:t>Drug  ii</w:t>
      </w:r>
      <w:proofErr w:type="gramEnd"/>
      <w:r w:rsidRPr="00A30074">
        <w:rPr>
          <w:b/>
          <w:sz w:val="24"/>
        </w:rPr>
        <w:t>) Prescription drug  iii) Drug abuse</w:t>
      </w:r>
    </w:p>
    <w:p w:rsidR="00F80278" w:rsidRPr="00A30074" w:rsidRDefault="00A30074" w:rsidP="00130CEB">
      <w:pPr>
        <w:spacing w:after="60"/>
        <w:ind w:left="360"/>
        <w:rPr>
          <w:b/>
          <w:sz w:val="24"/>
        </w:rPr>
      </w:pPr>
      <w:r w:rsidRPr="00A30074">
        <w:rPr>
          <w:b/>
          <w:sz w:val="24"/>
        </w:rPr>
        <w:lastRenderedPageBreak/>
        <w:t xml:space="preserve">4(b) Classify the following drugs according to their pharmacological action: </w:t>
      </w:r>
      <w:r w:rsidRPr="00A30074">
        <w:rPr>
          <w:b/>
          <w:sz w:val="24"/>
        </w:rPr>
        <w:t>Aspirin, Penicillin, Paracetamol, Morphine, Amphetamine, Diazepam.</w:t>
      </w:r>
    </w:p>
    <w:p w:rsidR="00130CEB" w:rsidRPr="00A30074" w:rsidRDefault="00130CEB" w:rsidP="00130CEB">
      <w:pPr>
        <w:spacing w:after="60"/>
        <w:ind w:left="360"/>
        <w:rPr>
          <w:b/>
          <w:sz w:val="24"/>
        </w:rPr>
      </w:pPr>
    </w:p>
    <w:p w:rsidR="00F80278" w:rsidRPr="00A30074" w:rsidRDefault="00130CEB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 xml:space="preserve">5. </w:t>
      </w:r>
      <w:r w:rsidR="00A30074" w:rsidRPr="00A30074">
        <w:rPr>
          <w:b/>
          <w:sz w:val="24"/>
        </w:rPr>
        <w:t xml:space="preserve"> Descr</w:t>
      </w:r>
      <w:r w:rsidR="00A30074" w:rsidRPr="00A30074">
        <w:rPr>
          <w:b/>
          <w:sz w:val="24"/>
        </w:rPr>
        <w:t>ibe the manufacture of Portland Cement, highlighting the primary raw materials and the function of gypsum during final grinding.</w:t>
      </w:r>
    </w:p>
    <w:p w:rsidR="00130CEB" w:rsidRPr="00A30074" w:rsidRDefault="00130CEB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 xml:space="preserve">6. </w:t>
      </w:r>
      <w:r w:rsidR="00A30074" w:rsidRPr="00A30074">
        <w:rPr>
          <w:b/>
          <w:sz w:val="24"/>
        </w:rPr>
        <w:t xml:space="preserve"> State one principal applicati</w:t>
      </w:r>
      <w:r w:rsidR="00A30074" w:rsidRPr="00A30074">
        <w:rPr>
          <w:b/>
          <w:sz w:val="24"/>
        </w:rPr>
        <w:t xml:space="preserve">on of chemistry in each of the following sectors: i) </w:t>
      </w:r>
      <w:proofErr w:type="gramStart"/>
      <w:r w:rsidR="00A30074" w:rsidRPr="00A30074">
        <w:rPr>
          <w:b/>
          <w:sz w:val="24"/>
        </w:rPr>
        <w:t>Agriculture  ii</w:t>
      </w:r>
      <w:proofErr w:type="gramEnd"/>
      <w:r w:rsidR="00A30074" w:rsidRPr="00A30074">
        <w:rPr>
          <w:b/>
          <w:sz w:val="24"/>
        </w:rPr>
        <w:t>) Construction  iii) Textile industry  iv) Food preservation.</w:t>
      </w:r>
    </w:p>
    <w:p w:rsidR="00F80278" w:rsidRPr="00A30074" w:rsidRDefault="00A30074" w:rsidP="00130CEB">
      <w:pPr>
        <w:spacing w:after="60"/>
        <w:rPr>
          <w:b/>
          <w:sz w:val="24"/>
        </w:rPr>
      </w:pPr>
      <w:r w:rsidRPr="00A30074">
        <w:rPr>
          <w:b/>
          <w:sz w:val="24"/>
        </w:rPr>
        <w:t>.</w:t>
      </w:r>
    </w:p>
    <w:p w:rsidR="00F80278" w:rsidRDefault="00F80278">
      <w:pPr>
        <w:spacing w:after="60"/>
        <w:ind w:left="360"/>
      </w:pPr>
    </w:p>
    <w:sectPr w:rsidR="00F80278" w:rsidSect="00034616">
      <w:pgSz w:w="12240" w:h="15840"/>
      <w:pgMar w:top="1000" w:right="1100" w:bottom="10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CEB"/>
    <w:rsid w:val="0015074B"/>
    <w:rsid w:val="0029639D"/>
    <w:rsid w:val="00326F90"/>
    <w:rsid w:val="00766700"/>
    <w:rsid w:val="00A30074"/>
    <w:rsid w:val="00AA1D8D"/>
    <w:rsid w:val="00B47730"/>
    <w:rsid w:val="00CB0664"/>
    <w:rsid w:val="00F80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3A6694"/>
  <w14:defaultImageDpi w14:val="300"/>
  <w15:docId w15:val="{560A50E5-B15F-4516-BC6F-A31FDEE2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2322CE-193C-4A92-87CE-3A941AEE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2026-10-18T10:14:00Z</dcterms:modified>
  <cp:category/>
</cp:coreProperties>
</file>