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CE8" w:rsidRPr="00B55871" w:rsidRDefault="00E34CE8" w:rsidP="00E34CE8">
      <w:pPr>
        <w:spacing w:line="240" w:lineRule="auto"/>
        <w:jc w:val="center"/>
        <w:rPr>
          <w:rFonts w:ascii="Arial Black" w:hAnsi="Arial Black"/>
          <w:b/>
        </w:rPr>
      </w:pPr>
      <w:r w:rsidRPr="00B55871">
        <w:rPr>
          <w:rFonts w:ascii="Arial Black" w:hAnsi="Arial Black"/>
          <w:b/>
        </w:rPr>
        <w:t>KEYSTONE BRITISH ARTS AND SCIENCE HIGH SCHOOL</w:t>
      </w:r>
    </w:p>
    <w:p w:rsidR="00E34CE8" w:rsidRPr="00641378" w:rsidRDefault="00E34CE8" w:rsidP="00E34CE8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FIRST TERM TEST ON MATHEMATICS FOR 2026/2027 SESSION</w:t>
      </w:r>
    </w:p>
    <w:p w:rsidR="00E34CE8" w:rsidRPr="00641378" w:rsidRDefault="00E34CE8" w:rsidP="00E34CE8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CLASS: GRADE 1</w:t>
      </w:r>
      <w:r w:rsidR="00EA07F1">
        <w:rPr>
          <w:rFonts w:ascii="Arial Black" w:hAnsi="Arial Black"/>
        </w:rPr>
        <w:t xml:space="preserve">2 </w:t>
      </w:r>
      <w:r w:rsidRPr="00641378">
        <w:rPr>
          <w:rFonts w:ascii="Arial Black" w:hAnsi="Arial Black"/>
        </w:rPr>
        <w:t xml:space="preserve">                           </w:t>
      </w:r>
      <w:bookmarkStart w:id="0" w:name="_GoBack"/>
      <w:bookmarkEnd w:id="0"/>
      <w:r w:rsidRPr="00641378">
        <w:rPr>
          <w:rFonts w:ascii="Arial Black" w:hAnsi="Arial Black"/>
        </w:rPr>
        <w:t xml:space="preserve">           DURATION: 1 HOUR</w:t>
      </w:r>
    </w:p>
    <w:p w:rsidR="00E34CE8" w:rsidRPr="00641378" w:rsidRDefault="00E34CE8" w:rsidP="00E34CE8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SECTION</w:t>
      </w:r>
      <w:r>
        <w:rPr>
          <w:rFonts w:ascii="Arial Black" w:hAnsi="Arial Black"/>
        </w:rPr>
        <w:t xml:space="preserve"> A</w:t>
      </w:r>
      <w:r>
        <w:rPr>
          <w:rFonts w:ascii="Arial Black" w:hAnsi="Arial Black"/>
        </w:rPr>
        <w:t xml:space="preserve">: </w:t>
      </w:r>
      <w:r w:rsidRPr="00641378">
        <w:rPr>
          <w:rFonts w:ascii="Arial Black" w:hAnsi="Arial Black"/>
        </w:rPr>
        <w:t>OBJECTIVE</w:t>
      </w:r>
      <w:r>
        <w:rPr>
          <w:rFonts w:ascii="Arial Black" w:hAnsi="Arial Black"/>
        </w:rPr>
        <w:t xml:space="preserve"> QUESTIONS</w:t>
      </w:r>
    </w:p>
    <w:p w:rsidR="00E27BDB" w:rsidRDefault="00E34CE8" w:rsidP="00E34CE8">
      <w:r>
        <w:rPr>
          <w:rFonts w:ascii="Arial Black" w:hAnsi="Arial Black"/>
        </w:rPr>
        <w:t xml:space="preserve">                                                 </w:t>
      </w:r>
      <w:r w:rsidRPr="00641378">
        <w:rPr>
          <w:rFonts w:ascii="Arial Black" w:hAnsi="Arial Black"/>
        </w:rPr>
        <w:t>ANSWER ALL QUESTIONS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1. Evaluate log₁₀ 25 + log₁₀ 4.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10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100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2. Simplify log₃ 81 − log₃ 9.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4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3. If log₁₀ 2 = 0.3010 and log₁₀ 3 = 0.4771, evaluate log₁₀ 18.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1.2552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0.7781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1.0791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1.3801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4. Solve for x in log</w:t>
      </w:r>
      <w:proofErr w:type="gramStart"/>
      <w:r w:rsidRPr="006007BA">
        <w:rPr>
          <w:b/>
          <w:sz w:val="24"/>
        </w:rPr>
        <w:t>₂(</w:t>
      </w:r>
      <w:proofErr w:type="gramEnd"/>
      <w:r w:rsidRPr="006007BA">
        <w:rPr>
          <w:b/>
          <w:sz w:val="24"/>
        </w:rPr>
        <w:t>x + 3) = 4.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13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15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16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5</w:t>
      </w:r>
      <w:r w:rsidR="00EA07F1" w:rsidRPr="006007BA">
        <w:rPr>
          <w:b/>
          <w:sz w:val="24"/>
        </w:rPr>
        <w:t>. Simplify log₄ 8.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2⁄3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3⁄2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2⁄1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6</w:t>
      </w:r>
      <w:r w:rsidR="00EA07F1" w:rsidRPr="006007BA">
        <w:rPr>
          <w:b/>
          <w:sz w:val="24"/>
        </w:rPr>
        <w:t>. Evaluate log₄ 16 + log₂ 8.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5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6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7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8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7</w:t>
      </w:r>
      <w:r w:rsidR="00EA07F1" w:rsidRPr="006007BA">
        <w:rPr>
          <w:b/>
          <w:sz w:val="24"/>
        </w:rPr>
        <w:t>. Find x if logₓ 64 = 3.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4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lastRenderedPageBreak/>
        <w:t>C) 8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16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8</w:t>
      </w:r>
      <w:r w:rsidR="00EA07F1" w:rsidRPr="006007BA">
        <w:rPr>
          <w:b/>
          <w:sz w:val="24"/>
        </w:rPr>
        <w:t>. Simplify log_a(a³).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2⁄3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3⁄2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3⁄1</w:t>
      </w:r>
    </w:p>
    <w:p w:rsidR="00E27BDB" w:rsidRPr="006007BA" w:rsidRDefault="00E27BDB">
      <w:pPr>
        <w:rPr>
          <w:b/>
          <w:sz w:val="24"/>
        </w:rPr>
      </w:pP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9</w:t>
      </w:r>
      <w:r w:rsidR="00EA07F1" w:rsidRPr="006007BA">
        <w:rPr>
          <w:b/>
          <w:sz w:val="24"/>
        </w:rPr>
        <w:t>. What is the truth value of the conjunction P</w:t>
      </w:r>
      <w:r w:rsidR="00EA07F1" w:rsidRPr="006007BA">
        <w:rPr>
          <w:rFonts w:ascii="Cambria Math" w:hAnsi="Cambria Math" w:cs="Cambria Math"/>
          <w:b/>
          <w:sz w:val="24"/>
        </w:rPr>
        <w:t>∧</w:t>
      </w:r>
      <w:r w:rsidR="00EA07F1" w:rsidRPr="006007BA">
        <w:rPr>
          <w:b/>
          <w:sz w:val="24"/>
        </w:rPr>
        <w:t>Q if P is True and Q is False?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True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False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Undefined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Equivalent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B42450" w:rsidRPr="006007BA">
        <w:rPr>
          <w:b/>
          <w:sz w:val="24"/>
        </w:rPr>
        <w:t>0</w:t>
      </w:r>
      <w:r w:rsidRPr="006007BA">
        <w:rPr>
          <w:b/>
          <w:sz w:val="24"/>
        </w:rPr>
        <w:t xml:space="preserve">. The negation of the </w:t>
      </w:r>
      <w:r w:rsidRPr="006007BA">
        <w:rPr>
          <w:b/>
          <w:sz w:val="24"/>
        </w:rPr>
        <w:t>statement "All prime numbers are odd" is: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No prime numbers are odd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All prime numbers are even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Some prime numbers are not odd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Some prime numbers are odd</w:t>
      </w:r>
    </w:p>
    <w:p w:rsidR="00E27BDB" w:rsidRPr="006007BA" w:rsidRDefault="00E27BDB" w:rsidP="00B42450">
      <w:pPr>
        <w:spacing w:after="60"/>
        <w:rPr>
          <w:b/>
          <w:sz w:val="24"/>
        </w:rPr>
      </w:pP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B42450" w:rsidRPr="006007BA">
        <w:rPr>
          <w:b/>
          <w:sz w:val="24"/>
        </w:rPr>
        <w:t>1</w:t>
      </w:r>
      <w:r w:rsidRPr="006007BA">
        <w:rPr>
          <w:b/>
          <w:sz w:val="24"/>
        </w:rPr>
        <w:t>. Find the negation of P→Q.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P</w:t>
      </w:r>
      <w:r w:rsidRPr="006007BA">
        <w:rPr>
          <w:rFonts w:ascii="Cambria Math" w:hAnsi="Cambria Math" w:cs="Cambria Math"/>
          <w:b/>
          <w:sz w:val="24"/>
        </w:rPr>
        <w:t>∧∼</w:t>
      </w:r>
      <w:r w:rsidRPr="006007BA">
        <w:rPr>
          <w:b/>
          <w:sz w:val="24"/>
        </w:rPr>
        <w:t>Q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B) </w:t>
      </w:r>
      <w:r w:rsidRPr="006007BA">
        <w:rPr>
          <w:rFonts w:ascii="Cambria Math" w:hAnsi="Cambria Math" w:cs="Cambria Math"/>
          <w:b/>
          <w:sz w:val="24"/>
        </w:rPr>
        <w:t>∼</w:t>
      </w:r>
      <w:r w:rsidRPr="006007BA">
        <w:rPr>
          <w:b/>
          <w:sz w:val="24"/>
        </w:rPr>
        <w:t>P</w:t>
      </w:r>
      <w:r w:rsidRPr="006007BA">
        <w:rPr>
          <w:rFonts w:ascii="Cambria Math" w:hAnsi="Cambria Math" w:cs="Cambria Math"/>
          <w:b/>
          <w:sz w:val="24"/>
        </w:rPr>
        <w:t>∧</w:t>
      </w:r>
      <w:r w:rsidRPr="006007BA">
        <w:rPr>
          <w:b/>
          <w:sz w:val="24"/>
        </w:rPr>
        <w:t>Q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C) </w:t>
      </w:r>
      <w:r w:rsidRPr="006007BA">
        <w:rPr>
          <w:rFonts w:ascii="Cambria Math" w:hAnsi="Cambria Math" w:cs="Cambria Math"/>
          <w:b/>
          <w:sz w:val="24"/>
        </w:rPr>
        <w:t>∼</w:t>
      </w:r>
      <w:r w:rsidRPr="006007BA">
        <w:rPr>
          <w:b/>
          <w:sz w:val="24"/>
        </w:rPr>
        <w:t>P</w:t>
      </w:r>
      <w:r w:rsidRPr="006007BA">
        <w:rPr>
          <w:rFonts w:ascii="Cambria Math" w:hAnsi="Cambria Math" w:cs="Cambria Math"/>
          <w:b/>
          <w:sz w:val="24"/>
        </w:rPr>
        <w:t>∨</w:t>
      </w:r>
      <w:r w:rsidRPr="006007BA">
        <w:rPr>
          <w:b/>
          <w:sz w:val="24"/>
        </w:rPr>
        <w:t>Q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P</w:t>
      </w:r>
      <w:r w:rsidRPr="006007BA">
        <w:rPr>
          <w:rFonts w:ascii="Cambria Math" w:hAnsi="Cambria Math" w:cs="Cambria Math"/>
          <w:b/>
          <w:sz w:val="24"/>
        </w:rPr>
        <w:t>∨∼</w:t>
      </w:r>
      <w:r w:rsidRPr="006007BA">
        <w:rPr>
          <w:b/>
          <w:sz w:val="24"/>
        </w:rPr>
        <w:t>Q</w:t>
      </w:r>
    </w:p>
    <w:p w:rsidR="00E27BDB" w:rsidRPr="006007BA" w:rsidRDefault="00EA07F1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B42450" w:rsidRPr="006007BA">
        <w:rPr>
          <w:b/>
          <w:sz w:val="24"/>
        </w:rPr>
        <w:t>2</w:t>
      </w:r>
      <w:r w:rsidRPr="006007BA">
        <w:rPr>
          <w:b/>
          <w:sz w:val="24"/>
        </w:rPr>
        <w:t>. Which of the following represents the logical operation for BICONDITIONAL?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A) </w:t>
      </w:r>
      <w:r w:rsidRPr="006007BA">
        <w:rPr>
          <w:rFonts w:ascii="Cambria Math" w:hAnsi="Cambria Math" w:cs="Cambria Math"/>
          <w:b/>
          <w:sz w:val="24"/>
        </w:rPr>
        <w:t>∨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B) </w:t>
      </w:r>
      <w:r w:rsidRPr="006007BA">
        <w:rPr>
          <w:rFonts w:ascii="Cambria Math" w:hAnsi="Cambria Math" w:cs="Cambria Math"/>
          <w:b/>
          <w:sz w:val="24"/>
        </w:rPr>
        <w:t>∧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→</w:t>
      </w:r>
    </w:p>
    <w:p w:rsidR="00E27BDB" w:rsidRPr="006007BA" w:rsidRDefault="00EA07F1" w:rsidP="00CA56C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↔</w:t>
      </w:r>
    </w:p>
    <w:p w:rsidR="00B42450" w:rsidRPr="006007BA" w:rsidRDefault="00B42450" w:rsidP="00B42450">
      <w:pPr>
        <w:spacing w:after="20"/>
        <w:ind w:left="360"/>
        <w:rPr>
          <w:b/>
          <w:sz w:val="24"/>
        </w:rPr>
      </w:pP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CA56C1" w:rsidRPr="006007BA">
        <w:rPr>
          <w:b/>
          <w:sz w:val="24"/>
        </w:rPr>
        <w:t>3</w:t>
      </w:r>
      <w:r w:rsidR="00EA07F1" w:rsidRPr="006007BA">
        <w:rPr>
          <w:b/>
          <w:sz w:val="24"/>
        </w:rPr>
        <w:t>. What is the exact value of sin 60° in surd form?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√2⁄2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√3⁄2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√3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CA56C1" w:rsidRPr="006007BA">
        <w:rPr>
          <w:b/>
          <w:sz w:val="24"/>
        </w:rPr>
        <w:t>4</w:t>
      </w:r>
      <w:r w:rsidR="00EA07F1" w:rsidRPr="006007BA">
        <w:rPr>
          <w:b/>
          <w:sz w:val="24"/>
        </w:rPr>
        <w:t>. Express tan 30° with a rationalized denominator.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√3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√3⁄3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1⁄2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√2⁄2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lastRenderedPageBreak/>
        <w:t>1</w:t>
      </w:r>
      <w:r w:rsidR="00CA56C1" w:rsidRPr="006007BA">
        <w:rPr>
          <w:b/>
          <w:sz w:val="24"/>
        </w:rPr>
        <w:t>5</w:t>
      </w:r>
      <w:r w:rsidR="00EA07F1" w:rsidRPr="006007BA">
        <w:rPr>
          <w:b/>
          <w:sz w:val="24"/>
        </w:rPr>
        <w:t>. Simplify tan 60° × cos 30°.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√3⁄2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3⁄2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1⁄2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CA56C1" w:rsidRPr="006007BA">
        <w:rPr>
          <w:b/>
          <w:sz w:val="24"/>
        </w:rPr>
        <w:t>6</w:t>
      </w:r>
      <w:r w:rsidR="00EA07F1" w:rsidRPr="006007BA">
        <w:rPr>
          <w:b/>
          <w:sz w:val="24"/>
        </w:rPr>
        <w:t>. Evaluate cos 30° / sin 30°.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√3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√3⁄3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1</w:t>
      </w:r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1⁄2</w:t>
      </w:r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1</w:t>
      </w:r>
      <w:r w:rsidR="00CA56C1" w:rsidRPr="006007BA">
        <w:rPr>
          <w:b/>
          <w:sz w:val="24"/>
        </w:rPr>
        <w:t>7</w:t>
      </w:r>
      <w:r w:rsidR="00EA07F1" w:rsidRPr="006007BA">
        <w:rPr>
          <w:b/>
          <w:sz w:val="24"/>
        </w:rPr>
        <w:t>. Evaluate cos 60° + sin 30°.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1⁄2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1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C) √3</w:t>
      </w:r>
    </w:p>
    <w:p w:rsidR="00E27BDB" w:rsidRPr="006007BA" w:rsidRDefault="00EA07F1" w:rsidP="00CA56C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3⁄2</w:t>
      </w:r>
    </w:p>
    <w:p w:rsidR="00E27BDB" w:rsidRPr="006007BA" w:rsidRDefault="00CA56C1">
      <w:pPr>
        <w:spacing w:after="60"/>
        <w:rPr>
          <w:b/>
          <w:sz w:val="24"/>
        </w:rPr>
      </w:pPr>
      <w:r w:rsidRPr="006007BA">
        <w:rPr>
          <w:b/>
          <w:sz w:val="24"/>
        </w:rPr>
        <w:t>18</w:t>
      </w:r>
      <w:r w:rsidR="00EA07F1" w:rsidRPr="006007BA">
        <w:rPr>
          <w:b/>
          <w:sz w:val="24"/>
        </w:rPr>
        <w:t>. What is the order of the matrix</w:t>
      </w:r>
      <w:r w:rsidR="00E303BC" w:rsidRPr="006007BA">
        <w:rPr>
          <w:b/>
          <w:sz w:val="24"/>
        </w:rPr>
        <w:t xml:space="preserve"> </w:t>
      </w:r>
      <w:r w:rsidR="00EA07F1" w:rsidRPr="006007BA">
        <w:rPr>
          <w:b/>
          <w:sz w:val="24"/>
        </w:rPr>
        <w:t xml:space="preserve">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/>
                <w:b/>
                <w:i/>
                <w:sz w:val="24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2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4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3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0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5</m:t>
              </m:r>
            </m:e>
          </m:mr>
        </m:m>
      </m:oMath>
      <w:r w:rsidR="00E303BC" w:rsidRPr="006007BA">
        <w:rPr>
          <w:b/>
          <w:sz w:val="24"/>
        </w:rPr>
        <w:t xml:space="preserve"> </w:t>
      </w:r>
      <w:proofErr w:type="gramStart"/>
      <w:r w:rsidR="00E303BC" w:rsidRPr="006007BA">
        <w:rPr>
          <w:b/>
          <w:sz w:val="24"/>
        </w:rPr>
        <w:t xml:space="preserve">  </w:t>
      </w:r>
      <w:r w:rsidR="00EA07F1" w:rsidRPr="006007BA">
        <w:rPr>
          <w:b/>
          <w:sz w:val="24"/>
        </w:rPr>
        <w:t>?</w:t>
      </w:r>
      <w:proofErr w:type="gramEnd"/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A) 3×2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B) 2×3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C) </w:t>
      </w:r>
      <w:r w:rsidRPr="006007BA">
        <w:rPr>
          <w:b/>
          <w:sz w:val="24"/>
        </w:rPr>
        <w:t>2×2</w:t>
      </w:r>
    </w:p>
    <w:p w:rsidR="00E27BDB" w:rsidRPr="006007BA" w:rsidRDefault="00EA07F1" w:rsidP="00CA56C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>D) 3×3</w:t>
      </w:r>
    </w:p>
    <w:p w:rsidR="00E27BDB" w:rsidRPr="006007BA" w:rsidRDefault="00CA56C1">
      <w:pPr>
        <w:spacing w:after="60"/>
        <w:rPr>
          <w:b/>
          <w:sz w:val="24"/>
        </w:rPr>
      </w:pPr>
      <w:r w:rsidRPr="006007BA">
        <w:rPr>
          <w:b/>
          <w:sz w:val="24"/>
        </w:rPr>
        <w:t>19</w:t>
      </w:r>
      <w:r w:rsidR="00EA07F1" w:rsidRPr="006007BA">
        <w:rPr>
          <w:b/>
          <w:sz w:val="24"/>
        </w:rPr>
        <w:t>. If A =</w:t>
      </w:r>
      <w:r w:rsidR="00EA07F1" w:rsidRPr="006007BA">
        <w:rPr>
          <w:b/>
          <w:sz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0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 w:rsidR="00E303BC" w:rsidRPr="006007BA">
        <w:rPr>
          <w:b/>
          <w:sz w:val="24"/>
        </w:rPr>
        <w:t xml:space="preserve">  </w:t>
      </w:r>
      <w:r w:rsidR="00EA07F1" w:rsidRPr="006007BA">
        <w:rPr>
          <w:b/>
          <w:sz w:val="24"/>
        </w:rPr>
        <w:t xml:space="preserve">and B = </w:t>
      </w:r>
      <w:r w:rsidR="00E303BC" w:rsidRPr="006007BA">
        <w:rPr>
          <w:b/>
          <w:sz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  <w:r w:rsidR="00EA07F1" w:rsidRPr="006007BA">
        <w:rPr>
          <w:b/>
          <w:sz w:val="24"/>
        </w:rPr>
        <w:t xml:space="preserve">, </w:t>
      </w:r>
      <w:r w:rsidR="00EA07F1" w:rsidRPr="006007BA">
        <w:rPr>
          <w:b/>
          <w:sz w:val="24"/>
        </w:rPr>
        <w:t>evaluate A + B.</w:t>
      </w:r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A)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5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B)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C)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0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</w:p>
    <w:p w:rsidR="00E27BDB" w:rsidRPr="006007BA" w:rsidRDefault="00EA07F1" w:rsidP="00B42450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D)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5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</w:p>
    <w:p w:rsidR="00E27BDB" w:rsidRPr="006007BA" w:rsidRDefault="00B42450">
      <w:pPr>
        <w:spacing w:after="60"/>
        <w:rPr>
          <w:b/>
          <w:sz w:val="24"/>
        </w:rPr>
      </w:pPr>
      <w:r w:rsidRPr="006007BA">
        <w:rPr>
          <w:b/>
          <w:sz w:val="24"/>
        </w:rPr>
        <w:t>20</w:t>
      </w:r>
      <w:r w:rsidR="00EA07F1" w:rsidRPr="006007BA">
        <w:rPr>
          <w:b/>
          <w:sz w:val="24"/>
        </w:rPr>
        <w:t xml:space="preserve">. Find the scalar multiplication </w:t>
      </w:r>
      <w:r w:rsidR="0004426D" w:rsidRPr="006007BA">
        <w:rPr>
          <w:b/>
          <w:sz w:val="24"/>
        </w:rPr>
        <w:t>3</w:t>
      </w:r>
      <m:oMath>
        <m:r>
          <m:rPr>
            <m:sty m:val="bi"/>
          </m:rPr>
          <w:rPr>
            <w:rFonts w:ascii="Cambria Math" w:hAnsi="Cambria Math"/>
            <w:sz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0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A)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6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0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B)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5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7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C)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6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6</m:t>
                  </m:r>
                </m:e>
              </m:mr>
            </m:m>
          </m:e>
        </m:d>
      </m:oMath>
    </w:p>
    <w:p w:rsidR="00E27BDB" w:rsidRPr="006007BA" w:rsidRDefault="00EA07F1">
      <w:pPr>
        <w:spacing w:after="20"/>
        <w:ind w:left="360"/>
        <w:rPr>
          <w:b/>
          <w:sz w:val="24"/>
        </w:rPr>
      </w:pPr>
      <w:r w:rsidRPr="006007BA">
        <w:rPr>
          <w:b/>
          <w:sz w:val="24"/>
        </w:rPr>
        <w:t xml:space="preserve">D)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12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-3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0</m:t>
                  </m:r>
                </m:e>
              </m:mr>
            </m:m>
          </m:e>
        </m:d>
      </m:oMath>
    </w:p>
    <w:p w:rsidR="00EA70B5" w:rsidRDefault="000750B4">
      <w:pPr>
        <w:rPr>
          <w:b/>
          <w:sz w:val="32"/>
        </w:rPr>
      </w:pPr>
      <w:r>
        <w:rPr>
          <w:b/>
          <w:sz w:val="32"/>
        </w:rPr>
        <w:t xml:space="preserve">                      </w:t>
      </w:r>
    </w:p>
    <w:p w:rsidR="00EA70B5" w:rsidRDefault="00EA70B5">
      <w:pPr>
        <w:rPr>
          <w:b/>
          <w:sz w:val="32"/>
        </w:rPr>
      </w:pPr>
    </w:p>
    <w:p w:rsidR="000750B4" w:rsidRDefault="00EA70B5">
      <w:pPr>
        <w:rPr>
          <w:b/>
          <w:sz w:val="20"/>
        </w:rPr>
      </w:pPr>
      <w:r>
        <w:rPr>
          <w:b/>
          <w:sz w:val="32"/>
        </w:rPr>
        <w:lastRenderedPageBreak/>
        <w:t xml:space="preserve">                       </w:t>
      </w:r>
      <w:r w:rsidR="000750B4">
        <w:rPr>
          <w:b/>
          <w:sz w:val="32"/>
        </w:rPr>
        <w:t xml:space="preserve">  </w:t>
      </w:r>
      <w:r w:rsidR="00EA07F1" w:rsidRPr="000750B4">
        <w:rPr>
          <w:b/>
          <w:sz w:val="24"/>
        </w:rPr>
        <w:t xml:space="preserve">SECTION B: THEORY QUESTIONS </w:t>
      </w:r>
    </w:p>
    <w:p w:rsidR="00EA70B5" w:rsidRDefault="000750B4">
      <w:pPr>
        <w:rPr>
          <w:b/>
        </w:rPr>
      </w:pPr>
      <w:r w:rsidRPr="000750B4">
        <w:rPr>
          <w:b/>
        </w:rPr>
        <w:t xml:space="preserve">                                       ANSWER 4 QUESTIONS ONLY</w:t>
      </w:r>
    </w:p>
    <w:p w:rsidR="00E27BDB" w:rsidRPr="006007BA" w:rsidRDefault="00EA07F1">
      <w:pPr>
        <w:rPr>
          <w:b/>
          <w:sz w:val="24"/>
        </w:rPr>
      </w:pPr>
      <w:r w:rsidRPr="000750B4">
        <w:rPr>
          <w:b/>
        </w:rPr>
        <w:br/>
      </w:r>
      <w:r w:rsidR="007323AC" w:rsidRPr="006007BA">
        <w:rPr>
          <w:b/>
          <w:sz w:val="24"/>
        </w:rPr>
        <w:t xml:space="preserve">1. </w:t>
      </w:r>
      <w:r w:rsidRPr="006007BA">
        <w:rPr>
          <w:b/>
          <w:sz w:val="24"/>
        </w:rPr>
        <w:t>(</w:t>
      </w:r>
      <w:r w:rsidR="007323AC" w:rsidRPr="006007BA">
        <w:rPr>
          <w:b/>
          <w:sz w:val="24"/>
        </w:rPr>
        <w:t>a</w:t>
      </w:r>
      <w:r w:rsidRPr="006007BA">
        <w:rPr>
          <w:b/>
          <w:sz w:val="24"/>
        </w:rPr>
        <w:t>) Given that log₁₀ 2 = 0.3010 and log₁₀ 3 = 0.4771, evaluate log₁</w:t>
      </w:r>
      <w:proofErr w:type="gramStart"/>
      <w:r w:rsidRPr="006007BA">
        <w:rPr>
          <w:b/>
          <w:sz w:val="24"/>
        </w:rPr>
        <w:t>₀(</w:t>
      </w:r>
      <w:proofErr w:type="gramEnd"/>
      <w:r w:rsidRPr="006007BA">
        <w:rPr>
          <w:b/>
          <w:sz w:val="24"/>
        </w:rPr>
        <w:t>8⁄45</w:t>
      </w:r>
      <w:r w:rsidR="007323AC" w:rsidRPr="006007BA">
        <w:rPr>
          <w:b/>
          <w:sz w:val="24"/>
        </w:rPr>
        <w:t>)</w:t>
      </w:r>
    </w:p>
    <w:p w:rsidR="00E27BDB" w:rsidRPr="006007BA" w:rsidRDefault="007323AC">
      <w:pPr>
        <w:rPr>
          <w:b/>
          <w:sz w:val="24"/>
        </w:rPr>
      </w:pPr>
      <w:r w:rsidRPr="006007BA">
        <w:rPr>
          <w:b/>
          <w:sz w:val="24"/>
        </w:rPr>
        <w:t xml:space="preserve">(b) </w:t>
      </w:r>
      <w:r w:rsidR="00EA07F1" w:rsidRPr="006007BA">
        <w:rPr>
          <w:b/>
          <w:sz w:val="24"/>
        </w:rPr>
        <w:t>Simplify the complex logarithmic expression:</w:t>
      </w:r>
      <w:r w:rsidR="00EA07F1" w:rsidRPr="006007BA">
        <w:rPr>
          <w:b/>
          <w:sz w:val="24"/>
        </w:rPr>
        <w:br/>
      </w:r>
      <w:r w:rsidRPr="006007BA">
        <w:rPr>
          <w:b/>
          <w:sz w:val="24"/>
        </w:rPr>
        <w:t xml:space="preserve">                                                                             </w:t>
      </w:r>
      <w:r w:rsidR="00EA07F1" w:rsidRPr="006007BA">
        <w:rPr>
          <w:b/>
          <w:sz w:val="24"/>
        </w:rPr>
        <w:t>½ log₁₀ 25 − 2log₁₀ 3 + log₁₀ 18</w:t>
      </w:r>
    </w:p>
    <w:p w:rsidR="00E27BDB" w:rsidRPr="006007BA" w:rsidRDefault="007323AC">
      <w:pPr>
        <w:rPr>
          <w:b/>
          <w:sz w:val="24"/>
        </w:rPr>
      </w:pPr>
      <w:r w:rsidRPr="006007BA">
        <w:rPr>
          <w:b/>
          <w:sz w:val="24"/>
        </w:rPr>
        <w:t xml:space="preserve">2. (a) </w:t>
      </w:r>
      <w:r w:rsidR="00EA07F1" w:rsidRPr="006007BA">
        <w:rPr>
          <w:b/>
          <w:sz w:val="24"/>
        </w:rPr>
        <w:t>Given two statements:</w:t>
      </w:r>
      <w:r w:rsidR="00EA07F1" w:rsidRPr="006007BA">
        <w:rPr>
          <w:b/>
          <w:sz w:val="24"/>
        </w:rPr>
        <w:br/>
      </w:r>
      <w:r w:rsidRPr="006007BA">
        <w:rPr>
          <w:b/>
          <w:sz w:val="24"/>
        </w:rPr>
        <w:t xml:space="preserve">  </w:t>
      </w:r>
      <w:r w:rsidR="00EA07F1" w:rsidRPr="006007BA">
        <w:rPr>
          <w:b/>
          <w:sz w:val="24"/>
        </w:rPr>
        <w:t>P: "Kemi studies ha</w:t>
      </w:r>
      <w:r w:rsidR="00EA07F1" w:rsidRPr="006007BA">
        <w:rPr>
          <w:b/>
          <w:sz w:val="24"/>
        </w:rPr>
        <w:t>rd."</w:t>
      </w:r>
      <w:r w:rsidR="00EA07F1" w:rsidRPr="006007BA">
        <w:rPr>
          <w:b/>
          <w:sz w:val="24"/>
        </w:rPr>
        <w:br/>
      </w:r>
      <w:r w:rsidRPr="006007BA">
        <w:rPr>
          <w:b/>
          <w:sz w:val="24"/>
        </w:rPr>
        <w:t xml:space="preserve">  </w:t>
      </w:r>
      <w:r w:rsidR="00EA07F1" w:rsidRPr="006007BA">
        <w:rPr>
          <w:b/>
          <w:sz w:val="24"/>
        </w:rPr>
        <w:t>Q: "Kemi passes the examination."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(a) Write out in plain words: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i. P→Q</w:t>
      </w:r>
      <w:r w:rsidR="00EA07F1" w:rsidRPr="006007BA">
        <w:rPr>
          <w:b/>
          <w:sz w:val="24"/>
        </w:rPr>
        <w:br/>
        <w:t xml:space="preserve">ii. </w:t>
      </w:r>
      <w:r w:rsidR="00EA07F1" w:rsidRPr="006007BA">
        <w:rPr>
          <w:rFonts w:ascii="Cambria Math" w:hAnsi="Cambria Math" w:cs="Cambria Math"/>
          <w:b/>
          <w:sz w:val="24"/>
        </w:rPr>
        <w:t>∼</w:t>
      </w:r>
      <w:r w:rsidR="00EA07F1" w:rsidRPr="006007BA">
        <w:rPr>
          <w:b/>
          <w:sz w:val="24"/>
        </w:rPr>
        <w:t>Q</w:t>
      </w:r>
      <w:r w:rsidR="00EA07F1" w:rsidRPr="006007BA">
        <w:rPr>
          <w:rFonts w:cs="Times New Roman"/>
          <w:b/>
          <w:sz w:val="24"/>
        </w:rPr>
        <w:t>→</w:t>
      </w:r>
      <w:r w:rsidR="00EA07F1" w:rsidRPr="006007BA">
        <w:rPr>
          <w:rFonts w:ascii="Cambria Math" w:hAnsi="Cambria Math" w:cs="Cambria Math"/>
          <w:b/>
          <w:sz w:val="24"/>
        </w:rPr>
        <w:t>∼</w:t>
      </w:r>
      <w:r w:rsidR="00EA07F1" w:rsidRPr="006007BA">
        <w:rPr>
          <w:b/>
          <w:sz w:val="24"/>
        </w:rPr>
        <w:t>P</w:t>
      </w:r>
      <w:r w:rsidR="00EA07F1" w:rsidRPr="006007BA">
        <w:rPr>
          <w:b/>
          <w:sz w:val="24"/>
        </w:rPr>
        <w:br/>
        <w:t>iii. P</w:t>
      </w:r>
      <w:r w:rsidR="00EA07F1" w:rsidRPr="006007BA">
        <w:rPr>
          <w:rFonts w:ascii="Cambria Math" w:hAnsi="Cambria Math" w:cs="Cambria Math"/>
          <w:b/>
          <w:sz w:val="24"/>
        </w:rPr>
        <w:t>∧∼</w:t>
      </w:r>
      <w:r w:rsidR="00EA07F1" w:rsidRPr="006007BA">
        <w:rPr>
          <w:b/>
          <w:sz w:val="24"/>
        </w:rPr>
        <w:t>Q</w:t>
      </w:r>
    </w:p>
    <w:p w:rsidR="00E27BDB" w:rsidRPr="006007BA" w:rsidRDefault="007323AC">
      <w:pPr>
        <w:rPr>
          <w:b/>
          <w:sz w:val="24"/>
        </w:rPr>
      </w:pPr>
      <w:r w:rsidRPr="006007BA">
        <w:rPr>
          <w:b/>
          <w:sz w:val="24"/>
        </w:rPr>
        <w:t xml:space="preserve">(b) </w:t>
      </w:r>
      <w:r w:rsidR="00EA07F1" w:rsidRPr="006007BA">
        <w:rPr>
          <w:b/>
          <w:sz w:val="24"/>
        </w:rPr>
        <w:t>Constr</w:t>
      </w:r>
      <w:r w:rsidR="00EA07F1" w:rsidRPr="006007BA">
        <w:rPr>
          <w:b/>
          <w:sz w:val="24"/>
        </w:rPr>
        <w:t>uct a complete truth table for the logical proposition: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t>(P→Q)</w:t>
      </w:r>
      <w:r w:rsidRPr="006007BA">
        <w:rPr>
          <w:b/>
          <w:sz w:val="24"/>
        </w:rPr>
        <w:t xml:space="preserve"> </w:t>
      </w:r>
      <w:r w:rsidR="00EA07F1" w:rsidRPr="006007BA">
        <w:rPr>
          <w:rFonts w:ascii="Cambria Math" w:hAnsi="Cambria Math" w:cs="Cambria Math"/>
          <w:b/>
          <w:sz w:val="24"/>
        </w:rPr>
        <w:t>∧</w:t>
      </w:r>
      <w:r w:rsidRPr="006007BA">
        <w:rPr>
          <w:b/>
          <w:sz w:val="24"/>
        </w:rPr>
        <w:t xml:space="preserve"> </w:t>
      </w:r>
      <w:r w:rsidR="00EA07F1" w:rsidRPr="006007BA">
        <w:rPr>
          <w:b/>
          <w:sz w:val="24"/>
        </w:rPr>
        <w:t>(Q→P)</w:t>
      </w:r>
    </w:p>
    <w:p w:rsidR="00E27BDB" w:rsidRPr="006007BA" w:rsidRDefault="007323AC">
      <w:pPr>
        <w:rPr>
          <w:b/>
          <w:sz w:val="24"/>
        </w:rPr>
      </w:pPr>
      <w:r w:rsidRPr="006007BA">
        <w:rPr>
          <w:b/>
          <w:sz w:val="24"/>
        </w:rPr>
        <w:t>3 (a)</w:t>
      </w:r>
      <w:r w:rsidR="00EA07F1" w:rsidRPr="006007BA">
        <w:rPr>
          <w:b/>
          <w:sz w:val="24"/>
        </w:rPr>
        <w:t xml:space="preserve"> Without using mathematical tables or calculators, simplify: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(cos 45° / sin 60°) · tan 30°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Leave your answer in rationalized surd form.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(b) Show that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  <w:t>(1 + tan² 30°)</w:t>
      </w:r>
      <w:r w:rsidR="00EA07F1" w:rsidRPr="006007BA">
        <w:rPr>
          <w:b/>
          <w:sz w:val="24"/>
        </w:rPr>
        <w:t xml:space="preserve"> / (1 − tan² 30°) = cos 60°</w:t>
      </w:r>
    </w:p>
    <w:p w:rsidR="00E27BDB" w:rsidRPr="006007BA" w:rsidRDefault="00EB0129">
      <w:pPr>
        <w:rPr>
          <w:b/>
          <w:sz w:val="24"/>
        </w:rPr>
      </w:pPr>
      <w:r w:rsidRPr="006007BA">
        <w:rPr>
          <w:b/>
          <w:sz w:val="24"/>
        </w:rPr>
        <w:t xml:space="preserve">4. </w:t>
      </w:r>
      <w:r w:rsidR="00EA07F1" w:rsidRPr="006007BA">
        <w:rPr>
          <w:b/>
          <w:sz w:val="24"/>
        </w:rPr>
        <w:t>U</w:t>
      </w:r>
      <w:r w:rsidR="00D44FF5" w:rsidRPr="006007BA">
        <w:rPr>
          <w:b/>
          <w:sz w:val="24"/>
        </w:rPr>
        <w:t xml:space="preserve">sing matric method solve the following </w:t>
      </w:r>
      <w:r w:rsidR="00EA07F1" w:rsidRPr="006007BA">
        <w:rPr>
          <w:b/>
          <w:sz w:val="24"/>
        </w:rPr>
        <w:t>simultaneous l</w:t>
      </w:r>
      <w:r w:rsidR="00EA07F1" w:rsidRPr="006007BA">
        <w:rPr>
          <w:b/>
          <w:sz w:val="24"/>
        </w:rPr>
        <w:t>inear equations: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</w:r>
      <w:r w:rsidR="00D44FF5" w:rsidRPr="006007BA">
        <w:rPr>
          <w:b/>
          <w:sz w:val="24"/>
        </w:rPr>
        <w:t xml:space="preserve">(a) </w:t>
      </w:r>
      <w:r w:rsidR="00EA07F1" w:rsidRPr="006007BA">
        <w:rPr>
          <w:b/>
          <w:sz w:val="24"/>
        </w:rPr>
        <w:t>3x + 2y = 12</w:t>
      </w:r>
      <w:r w:rsidR="00EA07F1" w:rsidRPr="006007BA">
        <w:rPr>
          <w:b/>
          <w:sz w:val="24"/>
        </w:rPr>
        <w:br/>
      </w:r>
      <w:r w:rsidR="00D44FF5" w:rsidRPr="006007BA">
        <w:rPr>
          <w:b/>
          <w:sz w:val="24"/>
        </w:rPr>
        <w:t xml:space="preserve">     </w:t>
      </w:r>
      <w:r w:rsidR="00EA07F1" w:rsidRPr="006007BA">
        <w:rPr>
          <w:b/>
          <w:sz w:val="24"/>
        </w:rPr>
        <w:t>5x + 4y = 22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</w:r>
      <w:r w:rsidR="00D44FF5" w:rsidRPr="006007BA">
        <w:rPr>
          <w:b/>
          <w:sz w:val="24"/>
        </w:rPr>
        <w:t xml:space="preserve">(b) </w:t>
      </w:r>
      <w:r w:rsidR="00EA07F1" w:rsidRPr="006007BA">
        <w:rPr>
          <w:b/>
          <w:sz w:val="24"/>
        </w:rPr>
        <w:t>2x − 3y = 1</w:t>
      </w:r>
      <w:r w:rsidR="00EA07F1" w:rsidRPr="006007BA">
        <w:rPr>
          <w:b/>
          <w:sz w:val="24"/>
        </w:rPr>
        <w:br/>
      </w:r>
      <w:r w:rsidR="00D44FF5" w:rsidRPr="006007BA">
        <w:rPr>
          <w:b/>
          <w:sz w:val="24"/>
        </w:rPr>
        <w:t xml:space="preserve">     </w:t>
      </w:r>
      <w:r w:rsidR="00EA07F1" w:rsidRPr="006007BA">
        <w:rPr>
          <w:b/>
          <w:sz w:val="24"/>
        </w:rPr>
        <w:t>4x + y = 23</w:t>
      </w:r>
    </w:p>
    <w:p w:rsidR="00E27BDB" w:rsidRPr="006007BA" w:rsidRDefault="00D44FF5">
      <w:pPr>
        <w:rPr>
          <w:b/>
          <w:sz w:val="24"/>
        </w:rPr>
      </w:pPr>
      <w:r w:rsidRPr="006007BA">
        <w:rPr>
          <w:b/>
          <w:sz w:val="24"/>
        </w:rPr>
        <w:t xml:space="preserve">5. </w:t>
      </w:r>
      <w:r w:rsidR="00EB0129" w:rsidRPr="006007BA">
        <w:rPr>
          <w:b/>
          <w:sz w:val="24"/>
        </w:rPr>
        <w:t xml:space="preserve">(a) </w:t>
      </w:r>
      <w:r w:rsidR="00EA07F1" w:rsidRPr="006007BA">
        <w:rPr>
          <w:b/>
          <w:sz w:val="24"/>
        </w:rPr>
        <w:t>Find the determinant of the 3×3 matrix P:</w:t>
      </w:r>
      <w:r w:rsidR="00EA07F1" w:rsidRPr="006007BA">
        <w:rPr>
          <w:b/>
          <w:sz w:val="24"/>
        </w:rPr>
        <w:br/>
      </w:r>
      <w:r w:rsidR="00EA07F1" w:rsidRPr="006007BA">
        <w:rPr>
          <w:b/>
          <w:sz w:val="24"/>
        </w:rPr>
        <w:br/>
      </w:r>
      <w:r w:rsidR="00EB0129" w:rsidRPr="006007BA">
        <w:rPr>
          <w:b/>
          <w:sz w:val="24"/>
        </w:rPr>
        <w:t xml:space="preserve">         </w:t>
      </w:r>
      <w:r w:rsidR="00EA07F1" w:rsidRPr="006007BA">
        <w:rPr>
          <w:b/>
          <w:sz w:val="24"/>
        </w:rPr>
        <w:t>P =</w:t>
      </w:r>
      <w:r w:rsidRPr="006007BA">
        <w:rPr>
          <w:b/>
          <w:sz w:val="24"/>
        </w:rPr>
        <w:t xml:space="preserve">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b/>
                <w:i/>
                <w:sz w:val="24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0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1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2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4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0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3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5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2</m:t>
              </m:r>
            </m:e>
          </m:mr>
        </m:m>
      </m:oMath>
      <w:r w:rsidR="00EA07F1" w:rsidRPr="006007BA">
        <w:rPr>
          <w:b/>
          <w:sz w:val="24"/>
        </w:rPr>
        <w:t xml:space="preserve"> </w:t>
      </w:r>
    </w:p>
    <w:p w:rsidR="00D44FF5" w:rsidRPr="006007BA" w:rsidRDefault="00EB0129">
      <w:pPr>
        <w:rPr>
          <w:b/>
          <w:sz w:val="24"/>
        </w:rPr>
      </w:pPr>
      <w:r w:rsidRPr="006007BA">
        <w:rPr>
          <w:b/>
          <w:sz w:val="24"/>
        </w:rPr>
        <w:lastRenderedPageBreak/>
        <w:t xml:space="preserve">(b) </w:t>
      </w:r>
      <w:r w:rsidRPr="006007BA">
        <w:rPr>
          <w:b/>
          <w:sz w:val="24"/>
        </w:rPr>
        <w:t>Given the 2×2 matrix M =</w:t>
      </w:r>
      <w:r w:rsidR="007323AC" w:rsidRPr="006007BA">
        <w:rPr>
          <w:b/>
          <w:sz w:val="24"/>
        </w:rPr>
        <w:t xml:space="preserve"> </w:t>
      </w:r>
      <w:r w:rsidR="006007BA">
        <w:rPr>
          <w:b/>
          <w:sz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5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e>
              </m:mr>
            </m:m>
          </m:e>
        </m:d>
      </m:oMath>
      <w:r w:rsidRPr="006007BA">
        <w:rPr>
          <w:b/>
          <w:sz w:val="24"/>
        </w:rPr>
        <w:br/>
      </w:r>
      <w:r w:rsidRPr="006007BA">
        <w:rPr>
          <w:b/>
          <w:sz w:val="24"/>
        </w:rPr>
        <w:br/>
        <w:t xml:space="preserve"> Find the determinant of M, denoted as |M|</w:t>
      </w:r>
      <w:r w:rsidRPr="006007BA">
        <w:rPr>
          <w:b/>
          <w:sz w:val="24"/>
        </w:rPr>
        <w:t xml:space="preserve"> and</w:t>
      </w:r>
      <w:r w:rsidRPr="006007BA">
        <w:rPr>
          <w:b/>
          <w:sz w:val="24"/>
        </w:rPr>
        <w:t xml:space="preserve"> the inverse matrix M⁻¹.</w:t>
      </w:r>
      <w:r w:rsidRPr="006007BA">
        <w:rPr>
          <w:b/>
          <w:sz w:val="24"/>
        </w:rPr>
        <w:br/>
      </w:r>
      <w:r w:rsidRPr="006007BA">
        <w:rPr>
          <w:b/>
          <w:sz w:val="24"/>
        </w:rPr>
        <w:br/>
      </w:r>
    </w:p>
    <w:sectPr w:rsidR="00D44FF5" w:rsidRPr="006007BA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26D"/>
    <w:rsid w:val="0006063C"/>
    <w:rsid w:val="000750B4"/>
    <w:rsid w:val="0009368E"/>
    <w:rsid w:val="0015074B"/>
    <w:rsid w:val="0029639D"/>
    <w:rsid w:val="00326F90"/>
    <w:rsid w:val="006007BA"/>
    <w:rsid w:val="007323AC"/>
    <w:rsid w:val="00AA1D8D"/>
    <w:rsid w:val="00B42450"/>
    <w:rsid w:val="00B47730"/>
    <w:rsid w:val="00CA56C1"/>
    <w:rsid w:val="00CB0664"/>
    <w:rsid w:val="00D44FF5"/>
    <w:rsid w:val="00E27BDB"/>
    <w:rsid w:val="00E303BC"/>
    <w:rsid w:val="00E34CE8"/>
    <w:rsid w:val="00EA07F1"/>
    <w:rsid w:val="00EA70B5"/>
    <w:rsid w:val="00EB0129"/>
    <w:rsid w:val="00F657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30E98D"/>
  <w14:defaultImageDpi w14:val="300"/>
  <w15:docId w15:val="{B45F907E-E361-4349-8A37-429510AF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D44F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974B55-3BC7-4DCC-AFC1-393D43E7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2026-10-17T14:57:00Z</dcterms:modified>
  <cp:category/>
</cp:coreProperties>
</file>