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75B" w:rsidRDefault="003B575B" w:rsidP="003B575B">
      <w:pPr>
        <w:jc w:val="center"/>
        <w:rPr>
          <w:b/>
          <w:sz w:val="24"/>
        </w:rPr>
      </w:pPr>
      <w:r>
        <w:rPr>
          <w:b/>
          <w:sz w:val="24"/>
        </w:rPr>
        <w:t>KEYSTONE BRITISH ARTS AND SCIENCE HIGH SCHOOL</w:t>
      </w:r>
    </w:p>
    <w:p w:rsidR="003B575B" w:rsidRDefault="003B575B" w:rsidP="003B575B">
      <w:pPr>
        <w:jc w:val="center"/>
        <w:rPr>
          <w:b/>
          <w:sz w:val="24"/>
        </w:rPr>
      </w:pPr>
      <w:r>
        <w:rPr>
          <w:b/>
          <w:sz w:val="24"/>
        </w:rPr>
        <w:t>FIRST TERM TEST FOR 2026/2027 ACADEMIC SESSION</w:t>
      </w:r>
    </w:p>
    <w:p w:rsidR="003B575B" w:rsidRDefault="003B575B" w:rsidP="003B575B">
      <w:pPr>
        <w:jc w:val="center"/>
        <w:rPr>
          <w:b/>
          <w:sz w:val="24"/>
        </w:rPr>
      </w:pPr>
      <w:proofErr w:type="gramStart"/>
      <w:r>
        <w:rPr>
          <w:b/>
          <w:sz w:val="24"/>
        </w:rPr>
        <w:t>SUBJECT :</w:t>
      </w:r>
      <w:proofErr w:type="gramEnd"/>
      <w:r>
        <w:rPr>
          <w:b/>
          <w:sz w:val="24"/>
        </w:rPr>
        <w:t xml:space="preserve"> PHYSICS</w:t>
      </w:r>
    </w:p>
    <w:p w:rsidR="003B575B" w:rsidRDefault="003B575B" w:rsidP="003B575B">
      <w:pPr>
        <w:jc w:val="center"/>
        <w:rPr>
          <w:b/>
          <w:sz w:val="24"/>
        </w:rPr>
      </w:pPr>
      <w:r>
        <w:rPr>
          <w:b/>
          <w:sz w:val="24"/>
        </w:rPr>
        <w:t>CLASS: GRADE 1</w:t>
      </w:r>
      <w:r>
        <w:rPr>
          <w:b/>
          <w:sz w:val="24"/>
        </w:rPr>
        <w:t>2</w:t>
      </w:r>
      <w:r>
        <w:rPr>
          <w:b/>
          <w:sz w:val="24"/>
        </w:rPr>
        <w:t xml:space="preserve">                                    DURATION: 1 HOUR</w:t>
      </w:r>
    </w:p>
    <w:p w:rsidR="003B575B" w:rsidRDefault="003B575B" w:rsidP="003B575B">
      <w:pPr>
        <w:jc w:val="center"/>
        <w:rPr>
          <w:b/>
          <w:sz w:val="24"/>
        </w:rPr>
      </w:pPr>
      <w:r>
        <w:rPr>
          <w:b/>
          <w:sz w:val="24"/>
        </w:rPr>
        <w:t xml:space="preserve">SECTION </w:t>
      </w:r>
      <w:proofErr w:type="gramStart"/>
      <w:r>
        <w:rPr>
          <w:b/>
          <w:sz w:val="24"/>
        </w:rPr>
        <w:t>A :</w:t>
      </w:r>
      <w:proofErr w:type="gramEnd"/>
      <w:r>
        <w:rPr>
          <w:b/>
          <w:sz w:val="24"/>
        </w:rPr>
        <w:t xml:space="preserve"> OBJECTIVE QUESTIONS</w:t>
      </w:r>
    </w:p>
    <w:p w:rsidR="003B575B" w:rsidRDefault="003B575B" w:rsidP="003B575B">
      <w:pPr>
        <w:jc w:val="center"/>
        <w:rPr>
          <w:b/>
          <w:sz w:val="24"/>
        </w:rPr>
      </w:pPr>
      <w:r>
        <w:rPr>
          <w:b/>
          <w:sz w:val="24"/>
        </w:rPr>
        <w:t>ANSWER ALL QUESTIONS</w:t>
      </w:r>
    </w:p>
    <w:p w:rsidR="00211AEC" w:rsidRPr="00347F96" w:rsidRDefault="002D010E">
      <w:pPr>
        <w:rPr>
          <w:sz w:val="24"/>
        </w:rPr>
      </w:pPr>
      <w:r w:rsidRPr="00347F96">
        <w:rPr>
          <w:sz w:val="24"/>
        </w:rPr>
        <w:t>Choose the correct option for each question.</w:t>
      </w:r>
    </w:p>
    <w:p w:rsidR="00211AEC" w:rsidRPr="00347F96" w:rsidRDefault="002D010E">
      <w:pPr>
        <w:spacing w:after="40"/>
        <w:rPr>
          <w:sz w:val="24"/>
        </w:rPr>
      </w:pPr>
      <w:r w:rsidRPr="00347F96">
        <w:rPr>
          <w:b/>
          <w:sz w:val="24"/>
        </w:rPr>
        <w:t xml:space="preserve">1. Which principle states that energy cannot be created nor destroyed, but can only be transformed from one form to </w:t>
      </w:r>
      <w:r w:rsidRPr="00347F96">
        <w:rPr>
          <w:b/>
          <w:sz w:val="24"/>
        </w:rPr>
        <w:t>another?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Law of Conservation of Momentum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Law of Conservation of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Hooke’s Law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Newton's First Law</w:t>
      </w:r>
    </w:p>
    <w:p w:rsidR="00211AEC" w:rsidRPr="00347F96" w:rsidRDefault="002D010E">
      <w:pPr>
        <w:spacing w:after="40"/>
        <w:rPr>
          <w:sz w:val="24"/>
        </w:rPr>
      </w:pPr>
      <w:r w:rsidRPr="00347F96">
        <w:rPr>
          <w:b/>
          <w:sz w:val="24"/>
        </w:rPr>
        <w:t>2. The energy transformation that occurs in an electric iron is: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Chemical energy to heat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Electrical energy to heat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Elec</w:t>
      </w:r>
      <w:r w:rsidRPr="00347F96">
        <w:rPr>
          <w:sz w:val="24"/>
        </w:rPr>
        <w:t>trical energy to light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Mechanical energy to electrical energy</w:t>
      </w:r>
    </w:p>
    <w:p w:rsidR="00211AEC" w:rsidRPr="00347F96" w:rsidRDefault="002D010E">
      <w:pPr>
        <w:spacing w:after="40"/>
        <w:rPr>
          <w:sz w:val="24"/>
        </w:rPr>
      </w:pPr>
      <w:r w:rsidRPr="00347F96">
        <w:rPr>
          <w:b/>
          <w:sz w:val="24"/>
        </w:rPr>
        <w:t>3. A solar panel converts solar (light) energy directly into: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Heat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Electrical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Chemical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Mechanical energy</w:t>
      </w:r>
    </w:p>
    <w:p w:rsidR="00211AEC" w:rsidRPr="00347F96" w:rsidRDefault="002D010E">
      <w:pPr>
        <w:spacing w:after="40"/>
        <w:rPr>
          <w:sz w:val="24"/>
        </w:rPr>
      </w:pPr>
      <w:r w:rsidRPr="00347F96">
        <w:rPr>
          <w:b/>
          <w:sz w:val="24"/>
        </w:rPr>
        <w:t>4. In an electric generator, the primary energ</w:t>
      </w:r>
      <w:r w:rsidRPr="00347F96">
        <w:rPr>
          <w:b/>
          <w:sz w:val="24"/>
        </w:rPr>
        <w:t>y conversion is: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Mechanical energy to electrical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Electrical energy to mechanical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Chemical energy to electrical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Sound energy to electrical energy</w:t>
      </w:r>
    </w:p>
    <w:p w:rsidR="00211AEC" w:rsidRPr="00347F96" w:rsidRDefault="002D010E">
      <w:pPr>
        <w:spacing w:after="40"/>
        <w:rPr>
          <w:sz w:val="24"/>
        </w:rPr>
      </w:pPr>
      <w:r w:rsidRPr="00347F96">
        <w:rPr>
          <w:b/>
          <w:sz w:val="24"/>
        </w:rPr>
        <w:t>5. What energy conversion takes place in a dry cell battery when supplying cur</w:t>
      </w:r>
      <w:r w:rsidRPr="00347F96">
        <w:rPr>
          <w:b/>
          <w:sz w:val="24"/>
        </w:rPr>
        <w:t>rent to a circuit?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Electrical to Chemical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Chemical to Electrical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Mechanical to Heat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Heat to Electrical</w:t>
      </w:r>
    </w:p>
    <w:p w:rsidR="00211AEC" w:rsidRPr="00347F96" w:rsidRDefault="005A6628">
      <w:pPr>
        <w:spacing w:after="40"/>
        <w:rPr>
          <w:sz w:val="24"/>
        </w:rPr>
      </w:pPr>
      <w:r w:rsidRPr="00347F96">
        <w:rPr>
          <w:b/>
          <w:sz w:val="24"/>
        </w:rPr>
        <w:t>6</w:t>
      </w:r>
      <w:r w:rsidR="002D010E" w:rsidRPr="00347F96">
        <w:rPr>
          <w:b/>
          <w:sz w:val="24"/>
        </w:rPr>
        <w:t>. Which of the following transmission systems relies on interlocking teeth to transmit motion and power between shafts?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Belt drive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Chain drive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Gears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lastRenderedPageBreak/>
        <w:t>D. Levers</w:t>
      </w:r>
    </w:p>
    <w:p w:rsidR="00211AEC" w:rsidRPr="00347F96" w:rsidRDefault="005A6628">
      <w:pPr>
        <w:spacing w:after="40"/>
        <w:rPr>
          <w:sz w:val="24"/>
        </w:rPr>
      </w:pPr>
      <w:r w:rsidRPr="00347F96">
        <w:rPr>
          <w:b/>
          <w:sz w:val="24"/>
        </w:rPr>
        <w:t>7</w:t>
      </w:r>
      <w:r w:rsidR="002D010E" w:rsidRPr="00347F96">
        <w:rPr>
          <w:b/>
          <w:sz w:val="24"/>
        </w:rPr>
        <w:t>. Mechanical transmission systems are used to: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Incr</w:t>
      </w:r>
      <w:r w:rsidRPr="00347F96">
        <w:rPr>
          <w:sz w:val="24"/>
        </w:rPr>
        <w:t>ease electrical voltage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Transfer motion, force, or torque from one point to another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Store energy permanently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Eliminate friction entirely</w:t>
      </w:r>
    </w:p>
    <w:p w:rsidR="00211AEC" w:rsidRPr="00347F96" w:rsidRDefault="005A6628">
      <w:pPr>
        <w:spacing w:after="40"/>
        <w:rPr>
          <w:sz w:val="24"/>
        </w:rPr>
      </w:pPr>
      <w:r w:rsidRPr="00347F96">
        <w:rPr>
          <w:b/>
          <w:sz w:val="24"/>
        </w:rPr>
        <w:t>8</w:t>
      </w:r>
      <w:r w:rsidR="002D010E" w:rsidRPr="00347F96">
        <w:rPr>
          <w:b/>
          <w:sz w:val="24"/>
        </w:rPr>
        <w:t>. Which transmission system is most suitable for bicycle power transmission from pedals to the rear wheel?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</w:t>
      </w:r>
      <w:r w:rsidRPr="00347F96">
        <w:rPr>
          <w:sz w:val="24"/>
        </w:rPr>
        <w:t xml:space="preserve"> Belt drive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Chain drive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Gear drive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Hydraulic line</w:t>
      </w:r>
    </w:p>
    <w:p w:rsidR="00211AEC" w:rsidRPr="00347F96" w:rsidRDefault="005A6628">
      <w:pPr>
        <w:spacing w:after="40"/>
        <w:rPr>
          <w:sz w:val="24"/>
        </w:rPr>
      </w:pPr>
      <w:r w:rsidRPr="00347F96">
        <w:rPr>
          <w:b/>
          <w:sz w:val="24"/>
        </w:rPr>
        <w:t>9</w:t>
      </w:r>
      <w:r w:rsidR="002D010E" w:rsidRPr="00347F96">
        <w:rPr>
          <w:b/>
          <w:sz w:val="24"/>
        </w:rPr>
        <w:t>. Electric power is transmitted over long distances at high voltages in order to: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Increase the current in transmission lines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Reduce energy losses due to heat (I²R)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 xml:space="preserve">C. Avoid using </w:t>
      </w:r>
      <w:r w:rsidRPr="00347F96">
        <w:rPr>
          <w:sz w:val="24"/>
        </w:rPr>
        <w:t>transformers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Speed up electron movement</w:t>
      </w:r>
    </w:p>
    <w:p w:rsidR="00211AEC" w:rsidRPr="00347F96" w:rsidRDefault="002D010E">
      <w:pPr>
        <w:spacing w:after="40"/>
        <w:rPr>
          <w:sz w:val="24"/>
        </w:rPr>
      </w:pPr>
      <w:r w:rsidRPr="00347F96">
        <w:rPr>
          <w:b/>
          <w:sz w:val="24"/>
        </w:rPr>
        <w:t>1</w:t>
      </w:r>
      <w:r w:rsidR="003B575B" w:rsidRPr="00347F96">
        <w:rPr>
          <w:b/>
          <w:sz w:val="24"/>
        </w:rPr>
        <w:t>0</w:t>
      </w:r>
      <w:r w:rsidRPr="00347F96">
        <w:rPr>
          <w:b/>
          <w:sz w:val="24"/>
        </w:rPr>
        <w:t>. A machine has an efficiency of 80% and a velocity ratio of 5. Calculate its Mechanical Advantage.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4.0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6.25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0.16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400</w:t>
      </w:r>
    </w:p>
    <w:p w:rsidR="00211AEC" w:rsidRPr="00347F96" w:rsidRDefault="003B575B">
      <w:pPr>
        <w:spacing w:after="40"/>
        <w:rPr>
          <w:sz w:val="24"/>
        </w:rPr>
      </w:pPr>
      <w:r w:rsidRPr="00347F96">
        <w:rPr>
          <w:b/>
          <w:sz w:val="24"/>
        </w:rPr>
        <w:t>11</w:t>
      </w:r>
      <w:r w:rsidR="002D010E" w:rsidRPr="00347F96">
        <w:rPr>
          <w:b/>
          <w:sz w:val="24"/>
        </w:rPr>
        <w:t>. A hydraulic press works based on: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Archimedes’ Principle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Pascal’s Principle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Hooke’s Law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 xml:space="preserve">D. Principle of </w:t>
      </w:r>
      <w:r w:rsidRPr="00347F96">
        <w:rPr>
          <w:sz w:val="24"/>
        </w:rPr>
        <w:t>Moments</w:t>
      </w:r>
    </w:p>
    <w:p w:rsidR="00211AEC" w:rsidRPr="00347F96" w:rsidRDefault="003B575B">
      <w:pPr>
        <w:spacing w:after="40"/>
        <w:rPr>
          <w:sz w:val="24"/>
        </w:rPr>
      </w:pPr>
      <w:r w:rsidRPr="00347F96">
        <w:rPr>
          <w:b/>
          <w:sz w:val="24"/>
        </w:rPr>
        <w:t>12</w:t>
      </w:r>
      <w:r w:rsidR="002D010E" w:rsidRPr="00347F96">
        <w:rPr>
          <w:b/>
          <w:sz w:val="24"/>
        </w:rPr>
        <w:t>. Which machine application is primarily designed to lift heavy loads at construction sites using a boom and pulley system?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Bicycle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Crane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Wheelbarrow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Hydraulic jack</w:t>
      </w:r>
    </w:p>
    <w:p w:rsidR="00211AEC" w:rsidRPr="00347F96" w:rsidRDefault="003B575B">
      <w:pPr>
        <w:spacing w:after="40"/>
        <w:rPr>
          <w:sz w:val="24"/>
        </w:rPr>
      </w:pPr>
      <w:r w:rsidRPr="00347F96">
        <w:rPr>
          <w:b/>
          <w:sz w:val="24"/>
        </w:rPr>
        <w:t>13</w:t>
      </w:r>
      <w:r w:rsidR="002D010E" w:rsidRPr="00347F96">
        <w:rPr>
          <w:b/>
          <w:sz w:val="24"/>
        </w:rPr>
        <w:t>. Which of the following is a common cause of mechanical failure in unmaintained machinery?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R</w:t>
      </w:r>
      <w:r w:rsidRPr="00347F96">
        <w:rPr>
          <w:sz w:val="24"/>
        </w:rPr>
        <w:t>egular cleaning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Excessive friction and wear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Proper lubrication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Frequent alignment checks</w:t>
      </w:r>
    </w:p>
    <w:p w:rsidR="00211AEC" w:rsidRPr="00347F96" w:rsidRDefault="003B575B">
      <w:pPr>
        <w:spacing w:after="40"/>
        <w:rPr>
          <w:sz w:val="24"/>
        </w:rPr>
      </w:pPr>
      <w:r w:rsidRPr="00347F96">
        <w:rPr>
          <w:b/>
          <w:sz w:val="24"/>
        </w:rPr>
        <w:t>14</w:t>
      </w:r>
      <w:r w:rsidR="002D010E" w:rsidRPr="00347F96">
        <w:rPr>
          <w:b/>
          <w:sz w:val="24"/>
        </w:rPr>
        <w:t>. Routine checks on machinery include all the following EXCEPT: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Checking oil levels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Inspecting belt tensions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lastRenderedPageBreak/>
        <w:t xml:space="preserve">C. Intentionally overloading the machine </w:t>
      </w:r>
      <w:r w:rsidRPr="00347F96">
        <w:rPr>
          <w:sz w:val="24"/>
        </w:rPr>
        <w:t>to maximum limits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Cleaning debris from gear teeth</w:t>
      </w:r>
    </w:p>
    <w:p w:rsidR="00211AEC" w:rsidRPr="00347F96" w:rsidRDefault="003B575B">
      <w:pPr>
        <w:spacing w:after="40"/>
        <w:rPr>
          <w:sz w:val="24"/>
        </w:rPr>
      </w:pPr>
      <w:r w:rsidRPr="00347F96">
        <w:rPr>
          <w:b/>
          <w:sz w:val="24"/>
        </w:rPr>
        <w:t>15</w:t>
      </w:r>
      <w:r w:rsidR="002D010E" w:rsidRPr="00347F96">
        <w:rPr>
          <w:b/>
          <w:sz w:val="24"/>
        </w:rPr>
        <w:t>. Regular cleaning of machinery helps to: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Reduce the efficiency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Prevent dirt build-up that causes corrosion and overheating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Increase the effort required to operate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Change the velocity ratio</w:t>
      </w:r>
    </w:p>
    <w:p w:rsidR="00211AEC" w:rsidRPr="00347F96" w:rsidRDefault="003B575B">
      <w:pPr>
        <w:spacing w:after="40"/>
        <w:rPr>
          <w:sz w:val="24"/>
        </w:rPr>
      </w:pPr>
      <w:r w:rsidRPr="00347F96">
        <w:rPr>
          <w:b/>
          <w:sz w:val="24"/>
        </w:rPr>
        <w:t>16</w:t>
      </w:r>
      <w:r w:rsidR="002D010E" w:rsidRPr="00347F96">
        <w:rPr>
          <w:b/>
          <w:sz w:val="24"/>
        </w:rPr>
        <w:t>. In a hydroelectric power plant, the sequence of energy transformations is: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Potential → Kinetic → Mechanical → Electrical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Electric</w:t>
      </w:r>
      <w:r w:rsidRPr="00347F96">
        <w:rPr>
          <w:sz w:val="24"/>
        </w:rPr>
        <w:t>al → Kinetic → Potential → Heat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Chemical → Heat → Mechanical → Electrical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Kinetic → Chemical → Electrical → Light</w:t>
      </w:r>
    </w:p>
    <w:p w:rsidR="00211AEC" w:rsidRPr="00347F96" w:rsidRDefault="003B575B">
      <w:pPr>
        <w:spacing w:after="40"/>
        <w:rPr>
          <w:sz w:val="24"/>
        </w:rPr>
      </w:pPr>
      <w:r w:rsidRPr="00347F96">
        <w:rPr>
          <w:b/>
          <w:sz w:val="24"/>
        </w:rPr>
        <w:t>17</w:t>
      </w:r>
      <w:r w:rsidR="002D010E" w:rsidRPr="00347F96">
        <w:rPr>
          <w:b/>
          <w:sz w:val="24"/>
        </w:rPr>
        <w:t>. A major environmental disadvantage of con</w:t>
      </w:r>
      <w:r w:rsidR="002D010E" w:rsidRPr="00347F96">
        <w:rPr>
          <w:b/>
          <w:sz w:val="24"/>
        </w:rPr>
        <w:t>structing large dams is: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Emission of high levels of greenhouse gases during power generation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Displacement of local communities and destruction of terrestrial habitats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Exhaustion of water reserves within a few months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 xml:space="preserve">D. Permanent reduction in soil </w:t>
      </w:r>
      <w:r w:rsidRPr="00347F96">
        <w:rPr>
          <w:sz w:val="24"/>
        </w:rPr>
        <w:t>fertility nationwide</w:t>
      </w:r>
    </w:p>
    <w:p w:rsidR="00211AEC" w:rsidRPr="00347F96" w:rsidRDefault="003B575B">
      <w:pPr>
        <w:spacing w:after="40"/>
        <w:rPr>
          <w:sz w:val="24"/>
        </w:rPr>
      </w:pPr>
      <w:r w:rsidRPr="00347F96">
        <w:rPr>
          <w:b/>
          <w:sz w:val="24"/>
        </w:rPr>
        <w:t>18</w:t>
      </w:r>
      <w:r w:rsidR="002D010E" w:rsidRPr="00347F96">
        <w:rPr>
          <w:b/>
          <w:sz w:val="24"/>
        </w:rPr>
        <w:t>. Which of the following dams is a prominent hydroelectric dam located in Niger State, Nigeria?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Kainji Dam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Tiga Dam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Oyan Dam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Bakolori Dam</w:t>
      </w:r>
    </w:p>
    <w:p w:rsidR="00211AEC" w:rsidRPr="00347F96" w:rsidRDefault="003B575B">
      <w:pPr>
        <w:spacing w:after="40"/>
        <w:rPr>
          <w:sz w:val="24"/>
        </w:rPr>
      </w:pPr>
      <w:r w:rsidRPr="00347F96">
        <w:rPr>
          <w:b/>
          <w:sz w:val="24"/>
        </w:rPr>
        <w:t>19</w:t>
      </w:r>
      <w:r w:rsidR="002D010E" w:rsidRPr="00347F96">
        <w:rPr>
          <w:b/>
          <w:sz w:val="24"/>
        </w:rPr>
        <w:t>. Shiroro Dam in Nigeria generates electricity using water from which river syste</w:t>
      </w:r>
      <w:r w:rsidR="002D010E" w:rsidRPr="00347F96">
        <w:rPr>
          <w:b/>
          <w:sz w:val="24"/>
        </w:rPr>
        <w:t>m?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River Benue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Kaduna River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River Cross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D. Ogun River</w:t>
      </w:r>
    </w:p>
    <w:p w:rsidR="00211AEC" w:rsidRPr="00347F96" w:rsidRDefault="003B575B">
      <w:pPr>
        <w:spacing w:after="40"/>
        <w:rPr>
          <w:sz w:val="24"/>
        </w:rPr>
      </w:pPr>
      <w:r w:rsidRPr="00347F96">
        <w:rPr>
          <w:b/>
          <w:sz w:val="24"/>
        </w:rPr>
        <w:t>20</w:t>
      </w:r>
      <w:r w:rsidR="002D010E" w:rsidRPr="00347F96">
        <w:rPr>
          <w:b/>
          <w:sz w:val="24"/>
        </w:rPr>
        <w:t xml:space="preserve">. An electric motor </w:t>
      </w:r>
      <w:proofErr w:type="gramStart"/>
      <w:r w:rsidR="002D010E" w:rsidRPr="00347F96">
        <w:rPr>
          <w:b/>
          <w:sz w:val="24"/>
        </w:rPr>
        <w:t>converts</w:t>
      </w:r>
      <w:proofErr w:type="gramEnd"/>
      <w:r w:rsidR="002D010E" w:rsidRPr="00347F96">
        <w:rPr>
          <w:b/>
          <w:sz w:val="24"/>
        </w:rPr>
        <w:t>: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A. Mechanical energy to electrical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B. Electrical energy to mechanical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>C. Heat energy to mechanical energy</w:t>
      </w:r>
    </w:p>
    <w:p w:rsidR="00211AEC" w:rsidRPr="00347F96" w:rsidRDefault="002D010E">
      <w:pPr>
        <w:spacing w:after="0"/>
        <w:ind w:left="360"/>
        <w:rPr>
          <w:sz w:val="24"/>
        </w:rPr>
      </w:pPr>
      <w:r w:rsidRPr="00347F96">
        <w:rPr>
          <w:sz w:val="24"/>
        </w:rPr>
        <w:t xml:space="preserve">D. Chemical energy </w:t>
      </w:r>
      <w:r w:rsidRPr="00347F96">
        <w:rPr>
          <w:sz w:val="24"/>
        </w:rPr>
        <w:t>to electrical energy</w:t>
      </w:r>
    </w:p>
    <w:p w:rsidR="00211AEC" w:rsidRDefault="002D010E">
      <w:bookmarkStart w:id="0" w:name="_GoBack"/>
      <w:bookmarkEnd w:id="0"/>
      <w:r w:rsidRPr="00347F96">
        <w:rPr>
          <w:sz w:val="24"/>
        </w:rPr>
        <w:br w:type="page"/>
      </w:r>
    </w:p>
    <w:p w:rsidR="00211AEC" w:rsidRPr="00916529" w:rsidRDefault="002D010E">
      <w:pPr>
        <w:jc w:val="center"/>
        <w:rPr>
          <w:b/>
          <w:sz w:val="24"/>
        </w:rPr>
      </w:pPr>
      <w:r w:rsidRPr="00916529">
        <w:rPr>
          <w:b/>
          <w:sz w:val="28"/>
        </w:rPr>
        <w:lastRenderedPageBreak/>
        <w:t>SECTION B: THEORY QUESTION</w:t>
      </w:r>
      <w:r w:rsidRPr="00916529">
        <w:rPr>
          <w:b/>
          <w:sz w:val="28"/>
        </w:rPr>
        <w:t>S</w:t>
      </w:r>
    </w:p>
    <w:p w:rsidR="00211AEC" w:rsidRPr="00916529" w:rsidRDefault="002D010E">
      <w:pPr>
        <w:rPr>
          <w:b/>
          <w:sz w:val="24"/>
        </w:rPr>
      </w:pPr>
      <w:r w:rsidRPr="00916529">
        <w:rPr>
          <w:b/>
          <w:sz w:val="24"/>
        </w:rPr>
        <w:t xml:space="preserve">Answer </w:t>
      </w:r>
      <w:r w:rsidR="005A6628" w:rsidRPr="00916529">
        <w:rPr>
          <w:b/>
          <w:sz w:val="24"/>
        </w:rPr>
        <w:t>5</w:t>
      </w:r>
      <w:r w:rsidRPr="00916529">
        <w:rPr>
          <w:b/>
          <w:sz w:val="24"/>
        </w:rPr>
        <w:t xml:space="preserve"> questions</w:t>
      </w:r>
      <w:r w:rsidR="005A6628" w:rsidRPr="00916529">
        <w:rPr>
          <w:b/>
          <w:sz w:val="24"/>
        </w:rPr>
        <w:t xml:space="preserve"> </w:t>
      </w:r>
      <w:r w:rsidR="00916529">
        <w:rPr>
          <w:b/>
          <w:sz w:val="24"/>
        </w:rPr>
        <w:t>only</w:t>
      </w:r>
      <w:r w:rsidRPr="00916529">
        <w:rPr>
          <w:b/>
          <w:sz w:val="24"/>
        </w:rPr>
        <w:t>. Show clear calculations, diagrams, and explanations where required.</w:t>
      </w:r>
    </w:p>
    <w:p w:rsidR="00211AEC" w:rsidRPr="00916529" w:rsidRDefault="002D010E">
      <w:pPr>
        <w:spacing w:after="160"/>
        <w:rPr>
          <w:b/>
          <w:sz w:val="24"/>
        </w:rPr>
      </w:pPr>
      <w:r w:rsidRPr="00916529">
        <w:rPr>
          <w:b/>
          <w:sz w:val="24"/>
        </w:rPr>
        <w:t>Question 1</w:t>
      </w:r>
      <w:r w:rsidRPr="00916529">
        <w:rPr>
          <w:b/>
          <w:sz w:val="24"/>
        </w:rPr>
        <w:br/>
      </w:r>
      <w:r w:rsidRPr="00916529">
        <w:rPr>
          <w:b/>
          <w:sz w:val="24"/>
        </w:rPr>
        <w:t>(a) State the Principle of Conservation of Energy.</w:t>
      </w:r>
      <w:r w:rsidRPr="00916529">
        <w:rPr>
          <w:b/>
          <w:sz w:val="24"/>
        </w:rPr>
        <w:br/>
        <w:t>(b) Descr</w:t>
      </w:r>
      <w:r w:rsidRPr="00916529">
        <w:rPr>
          <w:b/>
          <w:sz w:val="24"/>
        </w:rPr>
        <w:t>ibe the energy conversion processes that occur in the following devices:</w:t>
      </w:r>
      <w:r w:rsidRPr="00916529">
        <w:rPr>
          <w:b/>
          <w:sz w:val="24"/>
        </w:rPr>
        <w:br/>
        <w:t xml:space="preserve">   i. A hydroelectric power dam generator</w:t>
      </w:r>
      <w:r w:rsidRPr="00916529">
        <w:rPr>
          <w:b/>
          <w:sz w:val="24"/>
        </w:rPr>
        <w:br/>
        <w:t xml:space="preserve">   ii. A solar panel charging a battery</w:t>
      </w:r>
      <w:r w:rsidRPr="00916529">
        <w:rPr>
          <w:b/>
          <w:sz w:val="24"/>
        </w:rPr>
        <w:br/>
        <w:t xml:space="preserve">   iii. An electric iron</w:t>
      </w:r>
    </w:p>
    <w:p w:rsidR="00211AEC" w:rsidRPr="00916529" w:rsidRDefault="002D010E">
      <w:pPr>
        <w:spacing w:after="160"/>
        <w:rPr>
          <w:b/>
          <w:sz w:val="24"/>
        </w:rPr>
      </w:pPr>
      <w:r w:rsidRPr="00916529">
        <w:rPr>
          <w:b/>
          <w:sz w:val="24"/>
        </w:rPr>
        <w:t xml:space="preserve">Question </w:t>
      </w:r>
      <w:r w:rsidR="00916529" w:rsidRPr="00916529">
        <w:rPr>
          <w:b/>
          <w:sz w:val="24"/>
        </w:rPr>
        <w:t>2</w:t>
      </w:r>
      <w:r w:rsidRPr="00916529">
        <w:rPr>
          <w:b/>
          <w:sz w:val="24"/>
        </w:rPr>
        <w:br/>
      </w:r>
      <w:r w:rsidRPr="00916529">
        <w:rPr>
          <w:b/>
          <w:sz w:val="24"/>
        </w:rPr>
        <w:t>(a) Differentiate between Mechanical Transmission Systems and Electrical Transmission Systems.</w:t>
      </w:r>
      <w:r w:rsidRPr="00916529">
        <w:rPr>
          <w:b/>
          <w:sz w:val="24"/>
        </w:rPr>
        <w:br/>
        <w:t xml:space="preserve">(b) List three mechanical drive </w:t>
      </w:r>
      <w:r w:rsidRPr="00916529">
        <w:rPr>
          <w:b/>
          <w:sz w:val="24"/>
        </w:rPr>
        <w:t>systems and state one application for each.</w:t>
      </w:r>
    </w:p>
    <w:p w:rsidR="00211AEC" w:rsidRPr="00916529" w:rsidRDefault="002D010E">
      <w:pPr>
        <w:spacing w:after="160"/>
        <w:rPr>
          <w:b/>
          <w:sz w:val="24"/>
        </w:rPr>
      </w:pPr>
      <w:r w:rsidRPr="00916529">
        <w:rPr>
          <w:b/>
          <w:sz w:val="24"/>
        </w:rPr>
        <w:t xml:space="preserve">Question </w:t>
      </w:r>
      <w:r w:rsidR="00916529" w:rsidRPr="00916529">
        <w:rPr>
          <w:b/>
          <w:sz w:val="24"/>
        </w:rPr>
        <w:t>3</w:t>
      </w:r>
      <w:r w:rsidRPr="00916529">
        <w:rPr>
          <w:b/>
          <w:sz w:val="24"/>
        </w:rPr>
        <w:br/>
      </w:r>
      <w:r w:rsidRPr="00916529">
        <w:rPr>
          <w:b/>
          <w:sz w:val="24"/>
        </w:rPr>
        <w:t>(a) What is a t</w:t>
      </w:r>
      <w:r w:rsidRPr="00916529">
        <w:rPr>
          <w:b/>
          <w:sz w:val="24"/>
        </w:rPr>
        <w:t>ransformer?</w:t>
      </w:r>
      <w:r w:rsidRPr="00916529">
        <w:rPr>
          <w:b/>
          <w:sz w:val="24"/>
        </w:rPr>
        <w:br/>
        <w:t>(b) Explain the distinct roles played by step-up and step-down transformers in an electrical grid power transmission network.</w:t>
      </w:r>
    </w:p>
    <w:p w:rsidR="00211AEC" w:rsidRPr="00916529" w:rsidRDefault="002D010E" w:rsidP="00916529">
      <w:pPr>
        <w:spacing w:after="160"/>
        <w:rPr>
          <w:b/>
          <w:sz w:val="24"/>
        </w:rPr>
      </w:pPr>
      <w:r w:rsidRPr="00916529">
        <w:rPr>
          <w:b/>
          <w:sz w:val="24"/>
        </w:rPr>
        <w:t xml:space="preserve">Question </w:t>
      </w:r>
      <w:r w:rsidR="00916529" w:rsidRPr="00916529">
        <w:rPr>
          <w:b/>
          <w:sz w:val="24"/>
        </w:rPr>
        <w:t>4</w:t>
      </w:r>
      <w:r w:rsidRPr="00916529">
        <w:rPr>
          <w:b/>
          <w:sz w:val="24"/>
        </w:rPr>
        <w:br/>
      </w:r>
      <w:r w:rsidRPr="00916529">
        <w:rPr>
          <w:b/>
          <w:sz w:val="24"/>
        </w:rPr>
        <w:t>A block and tackle pulley system has 6 pulleys.</w:t>
      </w:r>
      <w:r w:rsidRPr="00916529">
        <w:rPr>
          <w:b/>
          <w:sz w:val="24"/>
        </w:rPr>
        <w:br/>
        <w:t>(a) Draw or describe the arrangement and state its velocity ratio.</w:t>
      </w:r>
      <w:r w:rsidRPr="00916529">
        <w:rPr>
          <w:b/>
          <w:sz w:val="24"/>
        </w:rPr>
        <w:br/>
        <w:t>(b) If an effort of 200 N is required to l</w:t>
      </w:r>
      <w:r w:rsidRPr="00916529">
        <w:rPr>
          <w:b/>
          <w:sz w:val="24"/>
        </w:rPr>
        <w:t>ift a load of 960 N, calculate:</w:t>
      </w:r>
      <w:r w:rsidRPr="00916529">
        <w:rPr>
          <w:b/>
          <w:sz w:val="24"/>
        </w:rPr>
        <w:br/>
        <w:t xml:space="preserve">   i. The Mechanical Advantage (M.A.)</w:t>
      </w:r>
      <w:r w:rsidRPr="00916529">
        <w:rPr>
          <w:b/>
          <w:sz w:val="24"/>
        </w:rPr>
        <w:br/>
        <w:t xml:space="preserve">   ii. The Efficiency (η) of the system</w:t>
      </w:r>
    </w:p>
    <w:p w:rsidR="00211AEC" w:rsidRPr="00916529" w:rsidRDefault="002D010E">
      <w:pPr>
        <w:spacing w:after="160"/>
        <w:rPr>
          <w:b/>
          <w:sz w:val="24"/>
        </w:rPr>
      </w:pPr>
      <w:r w:rsidRPr="00916529">
        <w:rPr>
          <w:b/>
          <w:sz w:val="24"/>
        </w:rPr>
        <w:t>Q</w:t>
      </w:r>
      <w:r w:rsidRPr="00916529">
        <w:rPr>
          <w:b/>
          <w:sz w:val="24"/>
        </w:rPr>
        <w:t xml:space="preserve">uestion </w:t>
      </w:r>
      <w:r w:rsidR="00916529" w:rsidRPr="00916529">
        <w:rPr>
          <w:b/>
          <w:sz w:val="24"/>
        </w:rPr>
        <w:t>5</w:t>
      </w:r>
      <w:r w:rsidRPr="00916529">
        <w:rPr>
          <w:b/>
          <w:sz w:val="24"/>
        </w:rPr>
        <w:br/>
      </w:r>
      <w:r w:rsidRPr="00916529">
        <w:rPr>
          <w:b/>
          <w:sz w:val="24"/>
        </w:rPr>
        <w:t>(a) Explain the difference between Preventive Maintenance and Corrective Maintenance.</w:t>
      </w:r>
      <w:r w:rsidRPr="00916529">
        <w:rPr>
          <w:b/>
          <w:sz w:val="24"/>
        </w:rPr>
        <w:br/>
        <w:t>(b) Give two clear examples of each type of maintenance in workshop practice.</w:t>
      </w:r>
    </w:p>
    <w:p w:rsidR="00211AEC" w:rsidRPr="00916529" w:rsidRDefault="002D010E" w:rsidP="00916529">
      <w:pPr>
        <w:spacing w:after="160"/>
        <w:rPr>
          <w:b/>
          <w:sz w:val="24"/>
        </w:rPr>
      </w:pPr>
      <w:r w:rsidRPr="00916529">
        <w:rPr>
          <w:b/>
          <w:sz w:val="24"/>
        </w:rPr>
        <w:t xml:space="preserve">Question </w:t>
      </w:r>
      <w:r w:rsidR="00916529" w:rsidRPr="00916529">
        <w:rPr>
          <w:b/>
          <w:sz w:val="24"/>
        </w:rPr>
        <w:t>6</w:t>
      </w:r>
      <w:r w:rsidRPr="00916529">
        <w:rPr>
          <w:b/>
          <w:sz w:val="24"/>
        </w:rPr>
        <w:br/>
      </w:r>
      <w:r w:rsidRPr="00916529">
        <w:rPr>
          <w:b/>
          <w:sz w:val="24"/>
        </w:rPr>
        <w:t>(a) Highlight three comm</w:t>
      </w:r>
      <w:r w:rsidRPr="00916529">
        <w:rPr>
          <w:b/>
          <w:sz w:val="24"/>
        </w:rPr>
        <w:t>on mechanical faults that occur in machines due to lack of regular servicing.</w:t>
      </w:r>
      <w:r w:rsidRPr="00916529">
        <w:rPr>
          <w:b/>
          <w:sz w:val="24"/>
        </w:rPr>
        <w:br/>
        <w:t>(b) Explain the importance of each of the following maintenance practices:</w:t>
      </w:r>
      <w:r w:rsidRPr="00916529">
        <w:rPr>
          <w:b/>
          <w:sz w:val="24"/>
        </w:rPr>
        <w:br/>
        <w:t xml:space="preserve">   i. Lubrication</w:t>
      </w:r>
      <w:r w:rsidRPr="00916529">
        <w:rPr>
          <w:b/>
          <w:sz w:val="24"/>
        </w:rPr>
        <w:br/>
        <w:t xml:space="preserve">   ii. Routine checks</w:t>
      </w:r>
      <w:r w:rsidRPr="00916529">
        <w:rPr>
          <w:b/>
          <w:sz w:val="24"/>
        </w:rPr>
        <w:br/>
        <w:t xml:space="preserve">   iii. Machine cleaning</w:t>
      </w:r>
    </w:p>
    <w:p w:rsidR="00211AEC" w:rsidRPr="00916529" w:rsidRDefault="002D010E">
      <w:pPr>
        <w:spacing w:after="160"/>
        <w:rPr>
          <w:b/>
          <w:sz w:val="24"/>
        </w:rPr>
      </w:pPr>
      <w:r w:rsidRPr="00916529">
        <w:rPr>
          <w:b/>
          <w:sz w:val="24"/>
        </w:rPr>
        <w:t xml:space="preserve">Question </w:t>
      </w:r>
      <w:r w:rsidR="00916529" w:rsidRPr="00916529">
        <w:rPr>
          <w:b/>
          <w:sz w:val="24"/>
        </w:rPr>
        <w:t>7</w:t>
      </w:r>
      <w:r w:rsidRPr="00916529">
        <w:rPr>
          <w:b/>
          <w:sz w:val="24"/>
        </w:rPr>
        <w:br/>
      </w:r>
      <w:r w:rsidRPr="00916529">
        <w:rPr>
          <w:b/>
          <w:sz w:val="24"/>
        </w:rPr>
        <w:t>Explain step-by-step the process involved i</w:t>
      </w:r>
      <w:r w:rsidRPr="00916529">
        <w:rPr>
          <w:b/>
          <w:sz w:val="24"/>
        </w:rPr>
        <w:t>n generating electricity from a Hydroelectric Power Plant, from the water reservoir stage up to the transmission lines.</w:t>
      </w:r>
    </w:p>
    <w:p w:rsidR="00211AEC" w:rsidRPr="00916529" w:rsidRDefault="00211AEC">
      <w:pPr>
        <w:spacing w:after="160"/>
        <w:rPr>
          <w:b/>
          <w:sz w:val="24"/>
        </w:rPr>
      </w:pPr>
    </w:p>
    <w:sectPr w:rsidR="00211AEC" w:rsidRPr="00916529" w:rsidSect="00034616">
      <w:headerReference w:type="default" r:id="rId8"/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10E" w:rsidRDefault="002D010E">
      <w:pPr>
        <w:spacing w:after="0" w:line="240" w:lineRule="auto"/>
      </w:pPr>
      <w:r>
        <w:separator/>
      </w:r>
    </w:p>
  </w:endnote>
  <w:endnote w:type="continuationSeparator" w:id="0">
    <w:p w:rsidR="002D010E" w:rsidRDefault="002D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AEC" w:rsidRDefault="002D010E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3B575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10E" w:rsidRDefault="002D010E">
      <w:pPr>
        <w:spacing w:after="0" w:line="240" w:lineRule="auto"/>
      </w:pPr>
      <w:r>
        <w:separator/>
      </w:r>
    </w:p>
  </w:footnote>
  <w:footnote w:type="continuationSeparator" w:id="0">
    <w:p w:rsidR="002D010E" w:rsidRDefault="002D0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AEC" w:rsidRDefault="00211AE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F0E"/>
    <w:rsid w:val="00034616"/>
    <w:rsid w:val="0006063C"/>
    <w:rsid w:val="0015074B"/>
    <w:rsid w:val="00211AEC"/>
    <w:rsid w:val="0029639D"/>
    <w:rsid w:val="002D010E"/>
    <w:rsid w:val="00326F90"/>
    <w:rsid w:val="00347F96"/>
    <w:rsid w:val="003B575B"/>
    <w:rsid w:val="005A6628"/>
    <w:rsid w:val="00755D2B"/>
    <w:rsid w:val="0091652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2A2DC4"/>
  <w14:defaultImageDpi w14:val="300"/>
  <w15:docId w15:val="{B0E94F05-4A33-4EF4-8317-9E02EC25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3F70DA-16DE-4AEA-BC47-EE40B7083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2026-10-18T09:52:00Z</dcterms:modified>
  <cp:category/>
</cp:coreProperties>
</file>