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40E" w:rsidRDefault="005E5A91">
      <w:pPr>
        <w:jc w:val="center"/>
        <w:rPr>
          <w:rFonts w:hint="eastAsia"/>
        </w:rPr>
      </w:pPr>
      <w:r>
        <w:rPr>
          <w:b/>
          <w:sz w:val="32"/>
        </w:rPr>
        <w:t>KEYSTONE BRITISH SCHOOLS</w:t>
      </w:r>
    </w:p>
    <w:p w:rsidR="00A7740E" w:rsidRDefault="005E5A91">
      <w:pPr>
        <w:jc w:val="center"/>
        <w:rPr>
          <w:rFonts w:hint="eastAsia"/>
        </w:rPr>
      </w:pPr>
      <w:r>
        <w:rPr>
          <w:b/>
          <w:sz w:val="24"/>
        </w:rPr>
        <w:t>FIRST TERM MID-TERM TEST</w:t>
      </w:r>
    </w:p>
    <w:p w:rsidR="00A7740E" w:rsidRDefault="005E5A91">
      <w:pPr>
        <w:jc w:val="center"/>
        <w:rPr>
          <w:rFonts w:hint="eastAsia"/>
        </w:rPr>
      </w:pPr>
      <w:r>
        <w:rPr>
          <w:b/>
          <w:sz w:val="30"/>
        </w:rPr>
        <w:t>GENERAL IGBO LANGUAGE</w:t>
      </w:r>
    </w:p>
    <w:p w:rsidR="00A7740E" w:rsidRDefault="005E5A91">
      <w:pPr>
        <w:jc w:val="center"/>
        <w:rPr>
          <w:rFonts w:hint="eastAsia"/>
        </w:rPr>
      </w:pPr>
      <w:r>
        <w:rPr>
          <w:sz w:val="18"/>
        </w:rPr>
        <w:t>Igbo Language  •  Moral Instruction  •  Phonics / Diction  •  General Knowledge</w:t>
      </w:r>
    </w:p>
    <w:p w:rsidR="00A7740E" w:rsidRDefault="005E5A91">
      <w:pPr>
        <w:rPr>
          <w:rFonts w:hint="eastAsia"/>
        </w:rPr>
      </w:pPr>
      <w:r>
        <w:t>Name: ____________________________________    Class / Grade: _______________________</w:t>
      </w:r>
    </w:p>
    <w:p w:rsidR="00A7740E" w:rsidRDefault="005E5A91">
      <w:pPr>
        <w:rPr>
          <w:rFonts w:hint="eastAsia"/>
        </w:rPr>
      </w:pPr>
      <w:r>
        <w:t xml:space="preserve">Academic Session: </w:t>
      </w:r>
      <w:r>
        <w:t>2026/2027                       Date: _____________________________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SECTION A — OBJECTIVE QUESTIONS (10 MARKS)</w:t>
      </w:r>
    </w:p>
    <w:p w:rsidR="00A7740E" w:rsidRDefault="005E5A91">
      <w:pPr>
        <w:rPr>
          <w:rFonts w:hint="eastAsia"/>
        </w:rPr>
      </w:pPr>
      <w:r>
        <w:t>Answer ALL 20 questions. Each question carries ½ mark. Select the best answer.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PART I — IGBO LANGUAGE (Questions 1–5)</w:t>
      </w:r>
    </w:p>
    <w:p w:rsidR="00A7740E" w:rsidRDefault="005E5A91">
      <w:pPr>
        <w:rPr>
          <w:rFonts w:hint="eastAsia"/>
        </w:rPr>
      </w:pPr>
      <w:r>
        <w:rPr>
          <w:b/>
        </w:rPr>
        <w:t xml:space="preserve">1.  </w:t>
      </w:r>
      <w:r>
        <w:rPr>
          <w:b/>
        </w:rPr>
        <w:t>Ụ</w:t>
      </w:r>
      <w:r>
        <w:rPr>
          <w:b/>
        </w:rPr>
        <w:t>z</w:t>
      </w:r>
      <w:r>
        <w:rPr>
          <w:b/>
        </w:rPr>
        <w:t>ọ</w:t>
      </w:r>
      <w:r>
        <w:rPr>
          <w:b/>
        </w:rPr>
        <w:t xml:space="preserve"> ab</w:t>
      </w:r>
      <w:r>
        <w:rPr>
          <w:b/>
        </w:rPr>
        <w:t>ụọ</w:t>
      </w:r>
      <w:r>
        <w:rPr>
          <w:b/>
        </w:rPr>
        <w:t xml:space="preserve"> e kere mkp</w:t>
      </w:r>
      <w:r>
        <w:rPr>
          <w:b/>
        </w:rPr>
        <w:t>ụ</w:t>
      </w:r>
      <w:r>
        <w:rPr>
          <w:b/>
        </w:rPr>
        <w:t>r</w:t>
      </w:r>
      <w:r>
        <w:rPr>
          <w:b/>
        </w:rPr>
        <w:t>ụ</w:t>
      </w:r>
      <w:r>
        <w:rPr>
          <w:b/>
        </w:rPr>
        <w:t>e</w:t>
      </w:r>
      <w:r>
        <w:rPr>
          <w:b/>
        </w:rPr>
        <w:t>demede Igbo b</w:t>
      </w:r>
      <w:r>
        <w:rPr>
          <w:b/>
        </w:rPr>
        <w:t>ụ</w:t>
      </w:r>
      <w:r>
        <w:rPr>
          <w:b/>
        </w:rPr>
        <w:t>:</w:t>
      </w:r>
    </w:p>
    <w:p w:rsidR="00A7740E" w:rsidRDefault="005E5A91">
      <w:pPr>
        <w:spacing w:after="140"/>
        <w:rPr>
          <w:rFonts w:hint="eastAsia"/>
        </w:rPr>
      </w:pPr>
      <w:r>
        <w:t xml:space="preserve">a. </w:t>
      </w:r>
      <w:r>
        <w:t>Ụ</w:t>
      </w:r>
      <w:r>
        <w:t xml:space="preserve">da na mfe     b. </w:t>
      </w:r>
      <w:r>
        <w:t>Ụ</w:t>
      </w:r>
      <w:r>
        <w:t>dag</w:t>
      </w:r>
      <w:r>
        <w:t>ị</w:t>
      </w:r>
      <w:r>
        <w:t>r</w:t>
      </w:r>
      <w:r>
        <w:t>ị</w:t>
      </w:r>
      <w:r>
        <w:t xml:space="preserve"> na mdanfe</w:t>
      </w:r>
      <w:r>
        <w:br/>
        <w:t xml:space="preserve">ch. </w:t>
      </w:r>
      <w:r>
        <w:t>Ụ</w:t>
      </w:r>
      <w:r>
        <w:t>daume na mgbachiume     d. Okwu na ah</w:t>
      </w:r>
      <w:r>
        <w:t>ị</w:t>
      </w:r>
      <w:r>
        <w:t>r</w:t>
      </w:r>
      <w:r>
        <w:t>ị</w:t>
      </w:r>
      <w:r>
        <w:t>okwu</w:t>
      </w:r>
      <w:r>
        <w:br/>
        <w:t>e. Nnukwu na obere</w:t>
      </w:r>
    </w:p>
    <w:p w:rsidR="00A7740E" w:rsidRDefault="005E5A91">
      <w:pPr>
        <w:rPr>
          <w:rFonts w:hint="eastAsia"/>
        </w:rPr>
      </w:pPr>
      <w:r>
        <w:rPr>
          <w:b/>
        </w:rPr>
        <w:t xml:space="preserve">2.  </w:t>
      </w:r>
      <w:r>
        <w:rPr>
          <w:b/>
        </w:rPr>
        <w:t>Ụ</w:t>
      </w:r>
      <w:r>
        <w:rPr>
          <w:b/>
        </w:rPr>
        <w:t>daume Igbo b</w:t>
      </w:r>
      <w:r>
        <w:rPr>
          <w:b/>
        </w:rPr>
        <w:t>ụ</w:t>
      </w:r>
      <w:r>
        <w:rPr>
          <w:b/>
        </w:rPr>
        <w:t xml:space="preserve"> mkp</w:t>
      </w:r>
      <w:r>
        <w:rPr>
          <w:b/>
        </w:rPr>
        <w:t>ụ</w:t>
      </w:r>
      <w:r>
        <w:rPr>
          <w:b/>
        </w:rPr>
        <w:t>r</w:t>
      </w:r>
      <w:r>
        <w:rPr>
          <w:b/>
        </w:rPr>
        <w:t>ụ</w:t>
      </w:r>
      <w:r>
        <w:rPr>
          <w:b/>
        </w:rPr>
        <w:t>edemede nd</w:t>
      </w:r>
      <w:r>
        <w:rPr>
          <w:b/>
        </w:rPr>
        <w:t>ị</w:t>
      </w:r>
      <w:r>
        <w:rPr>
          <w:b/>
        </w:rPr>
        <w:t xml:space="preserve"> a:</w:t>
      </w:r>
    </w:p>
    <w:p w:rsidR="00A7740E" w:rsidRDefault="005E5A91">
      <w:pPr>
        <w:spacing w:after="140"/>
        <w:rPr>
          <w:rFonts w:hint="eastAsia"/>
        </w:rPr>
      </w:pPr>
      <w:r>
        <w:t>a. a, b, ch, d, e, f, g, gb     b. a, e, m, n, o, i, t, u</w:t>
      </w:r>
      <w:r>
        <w:br/>
        <w:t xml:space="preserve">ch. sh, t, u, </w:t>
      </w:r>
      <w:r>
        <w:t>ụ</w:t>
      </w:r>
      <w:r>
        <w:t>, v, w, y, z     d.</w:t>
      </w:r>
      <w:r>
        <w:t xml:space="preserve"> a, e, i, </w:t>
      </w:r>
      <w:r>
        <w:t>ị</w:t>
      </w:r>
      <w:r>
        <w:t xml:space="preserve">, o, </w:t>
      </w:r>
      <w:r>
        <w:t>ọ</w:t>
      </w:r>
      <w:r>
        <w:t xml:space="preserve">, u, </w:t>
      </w:r>
      <w:r>
        <w:t>ụ</w:t>
      </w:r>
      <w:r>
        <w:br/>
        <w:t xml:space="preserve">e. a, e, i, </w:t>
      </w:r>
      <w:r>
        <w:t>ị</w:t>
      </w:r>
      <w:r>
        <w:t>, v, w, y, z</w:t>
      </w:r>
    </w:p>
    <w:p w:rsidR="00A7740E" w:rsidRDefault="005E5A91">
      <w:pPr>
        <w:rPr>
          <w:rFonts w:hint="eastAsia"/>
        </w:rPr>
      </w:pPr>
      <w:r>
        <w:rPr>
          <w:b/>
        </w:rPr>
        <w:t>3.  ________ b</w:t>
      </w:r>
      <w:r>
        <w:rPr>
          <w:b/>
        </w:rPr>
        <w:t>ụ</w:t>
      </w:r>
      <w:r>
        <w:rPr>
          <w:b/>
        </w:rPr>
        <w:t xml:space="preserve"> mkp</w:t>
      </w:r>
      <w:r>
        <w:rPr>
          <w:b/>
        </w:rPr>
        <w:t>ụ</w:t>
      </w:r>
      <w:r>
        <w:rPr>
          <w:b/>
        </w:rPr>
        <w:t>r</w:t>
      </w:r>
      <w:r>
        <w:rPr>
          <w:b/>
        </w:rPr>
        <w:t>ụ</w:t>
      </w:r>
      <w:r>
        <w:rPr>
          <w:b/>
        </w:rPr>
        <w:t xml:space="preserve"> osisi p</w:t>
      </w:r>
      <w:r>
        <w:rPr>
          <w:b/>
        </w:rPr>
        <w:t>ụ</w:t>
      </w:r>
      <w:r>
        <w:rPr>
          <w:b/>
        </w:rPr>
        <w:t>r</w:t>
      </w:r>
      <w:r>
        <w:rPr>
          <w:b/>
        </w:rPr>
        <w:t>ụ</w:t>
      </w:r>
      <w:r>
        <w:rPr>
          <w:b/>
        </w:rPr>
        <w:t xml:space="preserve"> iche n’ala Igbo nke a na-eji eme omenala d</w:t>
      </w:r>
      <w:r>
        <w:rPr>
          <w:b/>
        </w:rPr>
        <w:t>ị</w:t>
      </w:r>
      <w:r>
        <w:rPr>
          <w:b/>
        </w:rPr>
        <w:t xml:space="preserve"> iche iche.</w:t>
      </w:r>
    </w:p>
    <w:p w:rsidR="00A7740E" w:rsidRDefault="005E5A91">
      <w:pPr>
        <w:spacing w:after="140"/>
        <w:rPr>
          <w:rFonts w:hint="eastAsia"/>
        </w:rPr>
      </w:pPr>
      <w:r>
        <w:t xml:space="preserve">a. </w:t>
      </w:r>
      <w:r>
        <w:t>Ọ</w:t>
      </w:r>
      <w:r>
        <w:t xml:space="preserve">ja     b. </w:t>
      </w:r>
      <w:r>
        <w:t>Ọ</w:t>
      </w:r>
      <w:r>
        <w:t>j</w:t>
      </w:r>
      <w:r>
        <w:t>ị</w:t>
      </w:r>
      <w:r>
        <w:t xml:space="preserve">     ch. Akwa     d. An</w:t>
      </w:r>
      <w:r>
        <w:t>ụ</w:t>
      </w:r>
      <w:r>
        <w:t xml:space="preserve">     e. Mmiri</w:t>
      </w:r>
    </w:p>
    <w:p w:rsidR="00A7740E" w:rsidRDefault="005E5A91">
      <w:pPr>
        <w:rPr>
          <w:rFonts w:hint="eastAsia"/>
        </w:rPr>
      </w:pPr>
      <w:r>
        <w:rPr>
          <w:b/>
        </w:rPr>
        <w:t xml:space="preserve">4.  Otu ihe e ji eme </w:t>
      </w:r>
      <w:r>
        <w:rPr>
          <w:b/>
        </w:rPr>
        <w:t>ọ</w:t>
      </w:r>
      <w:r>
        <w:rPr>
          <w:b/>
        </w:rPr>
        <w:t>j</w:t>
      </w:r>
      <w:r>
        <w:rPr>
          <w:b/>
        </w:rPr>
        <w:t>ị</w:t>
      </w:r>
      <w:r>
        <w:rPr>
          <w:b/>
        </w:rPr>
        <w:t xml:space="preserve"> n’ala Igbo b</w:t>
      </w:r>
      <w:r>
        <w:rPr>
          <w:b/>
        </w:rPr>
        <w:t>ụ</w:t>
      </w:r>
      <w:r>
        <w:rPr>
          <w:b/>
        </w:rPr>
        <w:t>:</w:t>
      </w:r>
    </w:p>
    <w:p w:rsidR="00A7740E" w:rsidRDefault="005E5A91">
      <w:pPr>
        <w:spacing w:after="140"/>
        <w:rPr>
          <w:rFonts w:hint="eastAsia"/>
        </w:rPr>
      </w:pPr>
      <w:r>
        <w:t xml:space="preserve">a. A na-eji </w:t>
      </w:r>
      <w:r>
        <w:t>ọ</w:t>
      </w:r>
      <w:r>
        <w:t>j</w:t>
      </w:r>
      <w:r>
        <w:t>ị</w:t>
      </w:r>
      <w:r>
        <w:t xml:space="preserve"> esi nr</w:t>
      </w:r>
      <w:r>
        <w:t xml:space="preserve">i     b. E ji </w:t>
      </w:r>
      <w:r>
        <w:t>ọ</w:t>
      </w:r>
      <w:r>
        <w:t>j</w:t>
      </w:r>
      <w:r>
        <w:t>ị</w:t>
      </w:r>
      <w:r>
        <w:t xml:space="preserve"> ar</w:t>
      </w:r>
      <w:r>
        <w:t>ụ</w:t>
      </w:r>
      <w:r>
        <w:t xml:space="preserve"> </w:t>
      </w:r>
      <w:r>
        <w:t>ụ</w:t>
      </w:r>
      <w:r>
        <w:t>l</w:t>
      </w:r>
      <w:r>
        <w:t>ọ</w:t>
      </w:r>
      <w:r>
        <w:br/>
        <w:t xml:space="preserve">ch. A na-eji </w:t>
      </w:r>
      <w:r>
        <w:t>ọ</w:t>
      </w:r>
      <w:r>
        <w:t>j</w:t>
      </w:r>
      <w:r>
        <w:t>ị</w:t>
      </w:r>
      <w:r>
        <w:t xml:space="preserve"> ar</w:t>
      </w:r>
      <w:r>
        <w:t>ụ</w:t>
      </w:r>
      <w:r>
        <w:t xml:space="preserve"> as</w:t>
      </w:r>
      <w:r>
        <w:t>ọ</w:t>
      </w:r>
      <w:r>
        <w:t xml:space="preserve">     d. Nd</w:t>
      </w:r>
      <w:r>
        <w:t>ị</w:t>
      </w:r>
      <w:r>
        <w:t xml:space="preserve"> Igbo na-eji </w:t>
      </w:r>
      <w:r>
        <w:t>ọ</w:t>
      </w:r>
      <w:r>
        <w:t>j</w:t>
      </w:r>
      <w:r>
        <w:t>ị</w:t>
      </w:r>
      <w:r>
        <w:t xml:space="preserve"> asa ah</w:t>
      </w:r>
      <w:r>
        <w:t>ụ</w:t>
      </w:r>
      <w:r>
        <w:br/>
        <w:t xml:space="preserve">e. A na-eji </w:t>
      </w:r>
      <w:r>
        <w:t>ọ</w:t>
      </w:r>
      <w:r>
        <w:t>j</w:t>
      </w:r>
      <w:r>
        <w:t>ị</w:t>
      </w:r>
      <w:r>
        <w:t xml:space="preserve"> al</w:t>
      </w:r>
      <w:r>
        <w:t>ụ</w:t>
      </w:r>
      <w:r>
        <w:t xml:space="preserve"> nwaany</w:t>
      </w:r>
      <w:r>
        <w:t>ị</w:t>
      </w:r>
    </w:p>
    <w:p w:rsidR="00A7740E" w:rsidRDefault="005E5A91">
      <w:pPr>
        <w:rPr>
          <w:rFonts w:hint="eastAsia"/>
        </w:rPr>
      </w:pPr>
      <w:r>
        <w:rPr>
          <w:b/>
        </w:rPr>
        <w:t xml:space="preserve">5.  </w:t>
      </w:r>
      <w:r>
        <w:rPr>
          <w:b/>
        </w:rPr>
        <w:t>Ọ</w:t>
      </w:r>
      <w:r>
        <w:rPr>
          <w:b/>
        </w:rPr>
        <w:t>j</w:t>
      </w:r>
      <w:r>
        <w:rPr>
          <w:b/>
        </w:rPr>
        <w:t>ị</w:t>
      </w:r>
      <w:r>
        <w:rPr>
          <w:b/>
        </w:rPr>
        <w:t xml:space="preserve"> </w:t>
      </w:r>
      <w:r>
        <w:rPr>
          <w:b/>
        </w:rPr>
        <w:t>ọ</w:t>
      </w:r>
      <w:r>
        <w:rPr>
          <w:b/>
        </w:rPr>
        <w:t>gb</w:t>
      </w:r>
      <w:r>
        <w:rPr>
          <w:b/>
        </w:rPr>
        <w:t>ị</w:t>
      </w:r>
      <w:r>
        <w:rPr>
          <w:b/>
        </w:rPr>
        <w:t xml:space="preserve"> na-agba ________.</w:t>
      </w:r>
    </w:p>
    <w:p w:rsidR="00A7740E" w:rsidRDefault="005E5A91">
      <w:pPr>
        <w:spacing w:after="140"/>
        <w:rPr>
          <w:rFonts w:hint="eastAsia"/>
        </w:rPr>
      </w:pPr>
      <w:r>
        <w:t>a. Otu     b. Ab</w:t>
      </w:r>
      <w:r>
        <w:t>ụọ</w:t>
      </w:r>
      <w:r>
        <w:t xml:space="preserve">     ch. At</w:t>
      </w:r>
      <w:r>
        <w:t>ọ</w:t>
      </w:r>
      <w:r>
        <w:t xml:space="preserve">     d. An</w:t>
      </w:r>
      <w:r>
        <w:t>ọ</w:t>
      </w:r>
      <w:r>
        <w:t xml:space="preserve">     e. Ise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PART II — MORAL INSTRUCTION: BIBLICAL KNOWLEDGE (Questions</w:t>
      </w:r>
      <w:r>
        <w:rPr>
          <w:b/>
          <w:sz w:val="24"/>
        </w:rPr>
        <w:t xml:space="preserve"> 6–10)</w:t>
      </w:r>
    </w:p>
    <w:p w:rsidR="00A7740E" w:rsidRDefault="005E5A91">
      <w:pPr>
        <w:rPr>
          <w:rFonts w:hint="eastAsia"/>
        </w:rPr>
      </w:pPr>
      <w:r>
        <w:rPr>
          <w:b/>
        </w:rPr>
        <w:t>6. According to Genesis 4:3–8, what action led directly to the death of Abel?</w:t>
      </w:r>
    </w:p>
    <w:p w:rsidR="00A7740E" w:rsidRDefault="005E5A91">
      <w:pPr>
        <w:rPr>
          <w:rFonts w:hint="eastAsia"/>
        </w:rPr>
      </w:pPr>
      <w:r>
        <w:t>A. Cain refused to offer a sacrifice     B. Cain killed his brother after becoming angry</w:t>
      </w:r>
    </w:p>
    <w:p w:rsidR="00A7740E" w:rsidRDefault="005E5A91">
      <w:pPr>
        <w:rPr>
          <w:rFonts w:hint="eastAsia"/>
        </w:rPr>
      </w:pPr>
      <w:r>
        <w:t>C. Abel took Cain’s inheritance     D. Cain disobeyed Noah’s instruction</w:t>
      </w:r>
    </w:p>
    <w:p w:rsidR="00A7740E" w:rsidRDefault="005E5A91">
      <w:pPr>
        <w:rPr>
          <w:rFonts w:hint="eastAsia"/>
        </w:rPr>
      </w:pPr>
      <w:r>
        <w:rPr>
          <w:b/>
        </w:rPr>
        <w:t>7. In 1 S</w:t>
      </w:r>
      <w:r>
        <w:rPr>
          <w:b/>
        </w:rPr>
        <w:t>amuel 3, how many times did Samuel run to Eli before Eli understood that the LORD was calling him?</w:t>
      </w:r>
    </w:p>
    <w:p w:rsidR="00A7740E" w:rsidRDefault="005E5A91">
      <w:pPr>
        <w:rPr>
          <w:rFonts w:hint="eastAsia"/>
        </w:rPr>
      </w:pPr>
      <w:r>
        <w:t>A. Once     B. Twice</w:t>
      </w:r>
    </w:p>
    <w:p w:rsidR="00A7740E" w:rsidRDefault="005E5A91">
      <w:pPr>
        <w:rPr>
          <w:rFonts w:hint="eastAsia"/>
        </w:rPr>
      </w:pPr>
      <w:r>
        <w:t>C. Three times     D. Four times</w:t>
      </w:r>
    </w:p>
    <w:p w:rsidR="00A7740E" w:rsidRDefault="005E5A91">
      <w:pPr>
        <w:rPr>
          <w:rFonts w:hint="eastAsia"/>
        </w:rPr>
      </w:pPr>
      <w:r>
        <w:rPr>
          <w:b/>
        </w:rPr>
        <w:t>8. Which event immediately followed Peter’s third denial of Jesus (Luke 22:60–62)?</w:t>
      </w:r>
    </w:p>
    <w:p w:rsidR="00A7740E" w:rsidRDefault="005E5A91">
      <w:pPr>
        <w:rPr>
          <w:rFonts w:hint="eastAsia"/>
        </w:rPr>
      </w:pPr>
      <w:r>
        <w:t>A. The curtain of th</w:t>
      </w:r>
      <w:r>
        <w:t>e temple tore     B. An earthquake shook the city</w:t>
      </w:r>
    </w:p>
    <w:p w:rsidR="00A7740E" w:rsidRDefault="005E5A91">
      <w:pPr>
        <w:rPr>
          <w:rFonts w:hint="eastAsia"/>
        </w:rPr>
      </w:pPr>
      <w:r>
        <w:t>C. The disciples went fishing     D. A rooster crowed</w:t>
      </w:r>
    </w:p>
    <w:p w:rsidR="00A7740E" w:rsidRDefault="005E5A91">
      <w:pPr>
        <w:rPr>
          <w:rFonts w:hint="eastAsia"/>
        </w:rPr>
      </w:pPr>
      <w:r>
        <w:rPr>
          <w:b/>
        </w:rPr>
        <w:t>9. What did Jesus teach was the greatest commandment (Matthew 22:36–38)?</w:t>
      </w:r>
    </w:p>
    <w:p w:rsidR="00A7740E" w:rsidRDefault="005E5A91">
      <w:pPr>
        <w:rPr>
          <w:rFonts w:hint="eastAsia"/>
        </w:rPr>
      </w:pPr>
      <w:r>
        <w:t xml:space="preserve">A. Love the Lord your God with all your heart, soul and mind     B. Keep every </w:t>
      </w:r>
      <w:r>
        <w:t>religious fast without fail</w:t>
      </w:r>
    </w:p>
    <w:p w:rsidR="00A7740E" w:rsidRDefault="005E5A91">
      <w:pPr>
        <w:rPr>
          <w:rFonts w:hint="eastAsia"/>
        </w:rPr>
      </w:pPr>
      <w:r>
        <w:t>C. Give away every possession     D. Build a temple in Jerusalem</w:t>
      </w:r>
    </w:p>
    <w:p w:rsidR="00A7740E" w:rsidRDefault="005E5A91">
      <w:pPr>
        <w:rPr>
          <w:rFonts w:hint="eastAsia"/>
        </w:rPr>
      </w:pPr>
      <w:r>
        <w:rPr>
          <w:b/>
        </w:rPr>
        <w:lastRenderedPageBreak/>
        <w:t>10. In Acts 9:10–18, whom did God send to lay hands on Saul so that he could regain his sight?</w:t>
      </w:r>
    </w:p>
    <w:p w:rsidR="00A7740E" w:rsidRDefault="005E5A91">
      <w:pPr>
        <w:rPr>
          <w:rFonts w:hint="eastAsia"/>
        </w:rPr>
      </w:pPr>
      <w:r>
        <w:t>A. Barnabas     B. Stephen</w:t>
      </w:r>
    </w:p>
    <w:p w:rsidR="00A7740E" w:rsidRDefault="005E5A91">
      <w:pPr>
        <w:rPr>
          <w:rFonts w:hint="eastAsia"/>
        </w:rPr>
      </w:pPr>
      <w:r>
        <w:t>C. Ananias     D. Philip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PART III — PHONI</w:t>
      </w:r>
      <w:r>
        <w:rPr>
          <w:b/>
          <w:sz w:val="24"/>
        </w:rPr>
        <w:t>CS / DICTION (Questions 11–15)</w:t>
      </w:r>
    </w:p>
    <w:p w:rsidR="00A7740E" w:rsidRDefault="00C83CF8">
      <w:pPr>
        <w:rPr>
          <w:rFonts w:hint="eastAsia"/>
        </w:rPr>
      </w:pPr>
      <w:r>
        <w:t xml:space="preserve">The </w:t>
      </w:r>
      <w:r w:rsidR="005E5A91">
        <w:t>BEST correction of each sentence from the class exercise.</w:t>
      </w:r>
    </w:p>
    <w:p w:rsidR="00A7740E" w:rsidRDefault="005E5A91">
      <w:pPr>
        <w:rPr>
          <w:rFonts w:hint="eastAsia"/>
        </w:rPr>
      </w:pPr>
      <w:r>
        <w:rPr>
          <w:b/>
        </w:rPr>
        <w:t>11. “I have some timeline in things I do.” Which revision communicates the intended idea most clearly?</w:t>
      </w:r>
    </w:p>
    <w:p w:rsidR="00A7740E" w:rsidRDefault="00C83CF8">
      <w:pPr>
        <w:rPr>
          <w:rFonts w:hint="eastAsia"/>
        </w:rPr>
      </w:pPr>
      <w:r>
        <w:t>______________________________________________________________________________________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rPr>
          <w:b/>
        </w:rPr>
        <w:t>12. “Did she submit the book? Of course yes.” Which answer is grammatically correct and appropriate?</w:t>
      </w:r>
    </w:p>
    <w:p w:rsidR="00C83CF8" w:rsidRDefault="00C83CF8">
      <w:r>
        <w:t>______________________________________________________________________________________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rPr>
          <w:b/>
        </w:rPr>
        <w:t>13. “We discussed about the plans yesterday.” Which version is correct?</w:t>
      </w:r>
    </w:p>
    <w:p w:rsidR="00C83CF8" w:rsidRDefault="00C83CF8">
      <w:r>
        <w:t>______________________________________________________________________________________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rPr>
          <w:b/>
        </w:rPr>
        <w:t>14. “Even thou, we are together, there’s no love.” Which form is the most accurate?</w:t>
      </w:r>
    </w:p>
    <w:p w:rsidR="00C83CF8" w:rsidRDefault="00C83CF8">
      <w:r>
        <w:t>______________________________________________________________________________________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rPr>
          <w:b/>
        </w:rPr>
        <w:t xml:space="preserve">15. “I am much </w:t>
      </w:r>
      <w:proofErr w:type="gramStart"/>
      <w:r>
        <w:rPr>
          <w:b/>
        </w:rPr>
        <w:t>more better</w:t>
      </w:r>
      <w:proofErr w:type="gramEnd"/>
      <w:r>
        <w:rPr>
          <w:b/>
        </w:rPr>
        <w:t xml:space="preserve"> today.” Which correct version preserves the meaning?</w:t>
      </w:r>
    </w:p>
    <w:p w:rsidR="00C83CF8" w:rsidRDefault="00C83CF8">
      <w:r>
        <w:t>______________________________________________________________________________________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PART IV — GENERAL KNOWLEDGE / CURRENT AFFAIRS (Questions 16–20)</w:t>
      </w:r>
    </w:p>
    <w:p w:rsidR="00A7740E" w:rsidRDefault="005E5A91">
      <w:pPr>
        <w:rPr>
          <w:rFonts w:hint="eastAsia"/>
        </w:rPr>
      </w:pPr>
      <w:r>
        <w:rPr>
          <w:b/>
        </w:rPr>
        <w:t>16. Imo State was created on February 3, 1976, during the military regime of which Head of State?</w:t>
      </w:r>
    </w:p>
    <w:p w:rsidR="00A7740E" w:rsidRDefault="005E5A91">
      <w:pPr>
        <w:rPr>
          <w:rFonts w:hint="eastAsia"/>
        </w:rPr>
      </w:pPr>
      <w:r>
        <w:t>A. Gen. Yakub</w:t>
      </w:r>
      <w:r>
        <w:t>u Gowon     B. Gen. Murtala Muhammed</w:t>
      </w:r>
    </w:p>
    <w:p w:rsidR="00A7740E" w:rsidRDefault="005E5A91">
      <w:pPr>
        <w:rPr>
          <w:rFonts w:hint="eastAsia"/>
        </w:rPr>
      </w:pPr>
      <w:r>
        <w:t>C. Gen. Olusegun Obasanjo     D. Gen. Muhammadu Buhari</w:t>
      </w:r>
    </w:p>
    <w:p w:rsidR="00A7740E" w:rsidRDefault="005E5A91">
      <w:pPr>
        <w:rPr>
          <w:rFonts w:hint="eastAsia"/>
        </w:rPr>
      </w:pPr>
      <w:r>
        <w:rPr>
          <w:b/>
        </w:rPr>
        <w:t>17. The airport located in Imo State is named after which historic figure?</w:t>
      </w:r>
    </w:p>
    <w:p w:rsidR="00A7740E" w:rsidRDefault="005E5A91">
      <w:pPr>
        <w:rPr>
          <w:rFonts w:hint="eastAsia"/>
        </w:rPr>
      </w:pPr>
      <w:r>
        <w:t>A. Nnamdi Azikiwe     B. Sam Mbakwe</w:t>
      </w:r>
    </w:p>
    <w:p w:rsidR="00A7740E" w:rsidRDefault="005E5A91">
      <w:pPr>
        <w:rPr>
          <w:rFonts w:hint="eastAsia"/>
        </w:rPr>
      </w:pPr>
      <w:r>
        <w:t>C. Ahmadu Bello     D. Murtala Muhammed</w:t>
      </w:r>
    </w:p>
    <w:p w:rsidR="00A7740E" w:rsidRDefault="005E5A91">
      <w:pPr>
        <w:rPr>
          <w:rFonts w:hint="eastAsia"/>
        </w:rPr>
      </w:pPr>
      <w:r>
        <w:rPr>
          <w:b/>
        </w:rPr>
        <w:t>18. Imo State</w:t>
      </w:r>
      <w:r>
        <w:rPr>
          <w:b/>
        </w:rPr>
        <w:t xml:space="preserve"> is bounded to the east by which state?</w:t>
      </w:r>
    </w:p>
    <w:p w:rsidR="00A7740E" w:rsidRDefault="005E5A91">
      <w:pPr>
        <w:rPr>
          <w:rFonts w:hint="eastAsia"/>
        </w:rPr>
      </w:pPr>
      <w:r>
        <w:t>A. Anambra State     B. Abia State</w:t>
      </w:r>
    </w:p>
    <w:p w:rsidR="00A7740E" w:rsidRDefault="005E5A91">
      <w:pPr>
        <w:rPr>
          <w:rFonts w:hint="eastAsia"/>
        </w:rPr>
      </w:pPr>
      <w:r>
        <w:t>C. Delta State     D. Rivers State</w:t>
      </w:r>
    </w:p>
    <w:p w:rsidR="00A7740E" w:rsidRDefault="005E5A91">
      <w:pPr>
        <w:rPr>
          <w:rFonts w:hint="eastAsia"/>
        </w:rPr>
      </w:pPr>
      <w:r>
        <w:rPr>
          <w:b/>
        </w:rPr>
        <w:t>19. What is the maximum number of terms a President can serve under the 1999 Constitution?</w:t>
      </w:r>
    </w:p>
    <w:p w:rsidR="00A7740E" w:rsidRDefault="005E5A91">
      <w:pPr>
        <w:rPr>
          <w:rFonts w:hint="eastAsia"/>
        </w:rPr>
      </w:pPr>
      <w:r>
        <w:t>A. One term of 6 years     B. Two terms of 4 years each</w:t>
      </w:r>
    </w:p>
    <w:p w:rsidR="00A7740E" w:rsidRDefault="005E5A91">
      <w:pPr>
        <w:rPr>
          <w:rFonts w:hint="eastAsia"/>
        </w:rPr>
      </w:pPr>
      <w:r>
        <w:t>C. Three terms of 4 years each     D. Unlimited terms</w:t>
      </w:r>
    </w:p>
    <w:p w:rsidR="00A7740E" w:rsidRDefault="005E5A91">
      <w:pPr>
        <w:rPr>
          <w:rFonts w:hint="eastAsia"/>
        </w:rPr>
      </w:pPr>
      <w:r>
        <w:rPr>
          <w:b/>
        </w:rPr>
        <w:t>20. What is the official coat of arms symbol representing Nigeria’s fertile soil?</w:t>
      </w:r>
    </w:p>
    <w:p w:rsidR="00A7740E" w:rsidRDefault="005E5A91">
      <w:pPr>
        <w:rPr>
          <w:rFonts w:hint="eastAsia"/>
        </w:rPr>
      </w:pPr>
      <w:r>
        <w:t>A. Two white horses     B. The black shield</w:t>
      </w:r>
    </w:p>
    <w:p w:rsidR="00A7740E" w:rsidRDefault="005E5A91">
      <w:pPr>
        <w:rPr>
          <w:rFonts w:hint="eastAsia"/>
        </w:rPr>
      </w:pPr>
      <w:r>
        <w:t>C. The green background     D. The red eagle</w:t>
      </w:r>
    </w:p>
    <w:p w:rsidR="00A7740E" w:rsidRDefault="005E5A91">
      <w:pPr>
        <w:rPr>
          <w:rFonts w:hint="eastAsia"/>
        </w:rPr>
      </w:pPr>
      <w:r>
        <w:br w:type="page"/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lastRenderedPageBreak/>
        <w:t>SECTION B — THEORY QUESTIONS</w:t>
      </w:r>
      <w:r>
        <w:rPr>
          <w:b/>
          <w:sz w:val="24"/>
        </w:rPr>
        <w:t xml:space="preserve"> (10 MARKS)</w:t>
      </w:r>
    </w:p>
    <w:p w:rsidR="00A7740E" w:rsidRDefault="005E5A91">
      <w:pPr>
        <w:rPr>
          <w:rFonts w:hint="eastAsia"/>
        </w:rPr>
      </w:pPr>
      <w:r>
        <w:t>Answer ALL FOUR questions. Each question carries 2½ marks.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1. IGBO LANGUAGE — AGBA NKE MB</w:t>
      </w:r>
      <w:r>
        <w:rPr>
          <w:b/>
          <w:sz w:val="24"/>
        </w:rPr>
        <w:t>Ụ</w:t>
      </w:r>
      <w:r>
        <w:rPr>
          <w:b/>
          <w:sz w:val="24"/>
        </w:rPr>
        <w:t xml:space="preserve"> (2½ marks)</w:t>
      </w:r>
    </w:p>
    <w:p w:rsidR="00A7740E" w:rsidRDefault="005E5A91">
      <w:pPr>
        <w:rPr>
          <w:rFonts w:hint="eastAsia"/>
        </w:rPr>
      </w:pPr>
      <w:r>
        <w:t>a. Tinye mgbachiume nd</w:t>
      </w:r>
      <w:r>
        <w:t>ị</w:t>
      </w:r>
      <w:r>
        <w:t xml:space="preserve"> na-efu n’oghere ha kwes</w:t>
      </w:r>
      <w:r>
        <w:t>ị</w:t>
      </w:r>
      <w:r>
        <w:t>r</w:t>
      </w:r>
      <w:r>
        <w:t>ị</w:t>
      </w:r>
      <w:r>
        <w:t xml:space="preserve"> </w:t>
      </w:r>
      <w:r>
        <w:t>ị</w:t>
      </w:r>
      <w:r>
        <w:t>n</w:t>
      </w:r>
      <w:r>
        <w:t>ọ</w:t>
      </w:r>
      <w:r>
        <w:t>. (8 × ¼ = 2 marks)</w:t>
      </w:r>
    </w:p>
    <w:p w:rsidR="00A7740E" w:rsidRDefault="005E5A91">
      <w:pPr>
        <w:rPr>
          <w:rFonts w:hint="eastAsia"/>
        </w:rPr>
      </w:pPr>
      <w:r>
        <w:t>b. Dep</w:t>
      </w:r>
      <w:r>
        <w:t>ụ</w:t>
      </w:r>
      <w:r>
        <w:t>ta mgbachiume ab</w:t>
      </w:r>
      <w:r>
        <w:t>ụọ</w:t>
      </w:r>
      <w:r>
        <w:t xml:space="preserve"> </w:t>
      </w:r>
      <w:r>
        <w:t>ọ</w:t>
      </w:r>
      <w:r>
        <w:t>z</w:t>
      </w:r>
      <w:r>
        <w:t>ọ</w:t>
      </w:r>
      <w:r>
        <w:t xml:space="preserve"> d</w:t>
      </w:r>
      <w:r>
        <w:t>ị</w:t>
      </w:r>
      <w:r>
        <w:t xml:space="preserve"> na ndep</w:t>
      </w:r>
      <w:r>
        <w:t>ụ</w:t>
      </w:r>
      <w:r>
        <w:t>ta ah</w:t>
      </w:r>
      <w:r>
        <w:t>ụ</w:t>
      </w:r>
      <w:r>
        <w:t>. (½ mark)</w:t>
      </w:r>
    </w:p>
    <w:p w:rsidR="00A7740E" w:rsidRDefault="005E5A91">
      <w:pPr>
        <w:rPr>
          <w:rFonts w:hint="eastAsia"/>
        </w:rPr>
      </w:pPr>
      <w:r>
        <w:t>__________</w:t>
      </w:r>
      <w:r>
        <w:t>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2. MORAL INSTRUCTION — THE BIBLE (2½ marks)</w:t>
      </w:r>
    </w:p>
    <w:p w:rsidR="00A7740E" w:rsidRDefault="005E5A91">
      <w:pPr>
        <w:rPr>
          <w:rFonts w:hint="eastAsia"/>
        </w:rPr>
      </w:pPr>
      <w:r>
        <w:t>Read Acts 9:1–19 (The Conversion of Saul) and answer the following questions.</w:t>
      </w:r>
    </w:p>
    <w:p w:rsidR="00A7740E" w:rsidRDefault="005E5A91">
      <w:pPr>
        <w:rPr>
          <w:rFonts w:hint="eastAsia"/>
        </w:rPr>
      </w:pPr>
      <w:r>
        <w:t>a. State the city Saul was travelling to when the heavenly ligh</w:t>
      </w:r>
      <w:r>
        <w:t>t appeared. (½ mark)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t>b. What question did Jesus ask Saul on the road? (½ mark)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t>c. For how many</w:t>
      </w:r>
      <w:r>
        <w:t xml:space="preserve"> days was Saul unable to see? (½ mark)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t>d. Name the disciple sent to restore Saul’s sight. (½ mark)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</w:t>
      </w:r>
      <w:r>
        <w:t>____</w:t>
      </w:r>
    </w:p>
    <w:p w:rsidR="00A7740E" w:rsidRDefault="005E5A91">
      <w:pPr>
        <w:rPr>
          <w:rFonts w:hint="eastAsia"/>
        </w:rPr>
      </w:pPr>
      <w:r>
        <w:t>e. What happened to Saul’s eyes when the disciple laid hands on him? (½ mark)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3. PHONICS / DICTION — ADVANCED CORRECTION (2½ marks)</w:t>
      </w:r>
    </w:p>
    <w:p w:rsidR="00A7740E" w:rsidRDefault="005E5A91">
      <w:pPr>
        <w:rPr>
          <w:rFonts w:hint="eastAsia"/>
        </w:rPr>
      </w:pPr>
      <w:r>
        <w:t xml:space="preserve">Rewrite each sentence correctly. Each </w:t>
      </w:r>
      <w:r>
        <w:t>corrected sentence carries ½ mark.</w:t>
      </w:r>
    </w:p>
    <w:p w:rsidR="00A7740E" w:rsidRDefault="005E5A91">
      <w:pPr>
        <w:rPr>
          <w:rFonts w:hint="eastAsia"/>
        </w:rPr>
      </w:pPr>
      <w:r>
        <w:t>a. Neither the teacher nor the pupils was aware of the changes.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t>b. Hardly had she reached the school than the rain started.</w:t>
      </w:r>
    </w:p>
    <w:p w:rsidR="00A7740E" w:rsidRDefault="005E5A91">
      <w:pPr>
        <w:rPr>
          <w:rFonts w:hint="eastAsia"/>
        </w:rPr>
      </w:pPr>
      <w:r>
        <w:t>________________</w:t>
      </w:r>
      <w:r>
        <w:t>________________________________________________________________</w:t>
      </w:r>
    </w:p>
    <w:p w:rsidR="00A7740E" w:rsidRDefault="005E5A91">
      <w:pPr>
        <w:rPr>
          <w:rFonts w:hint="eastAsia"/>
        </w:rPr>
      </w:pPr>
      <w:r>
        <w:t>c. The principal insisted that each student submits the assignment yesterday.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t xml:space="preserve">d. Despite of his preparation, </w:t>
      </w:r>
      <w:r>
        <w:t>he did not perform well.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t>e. If I would have known about the meeting, I would have attended.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rPr>
          <w:b/>
          <w:sz w:val="24"/>
        </w:rPr>
        <w:t>4.</w:t>
      </w:r>
      <w:r>
        <w:rPr>
          <w:b/>
          <w:sz w:val="24"/>
        </w:rPr>
        <w:t xml:space="preserve"> GENERAL KNOWLEDGE / CURRENT AFFAIRS (2½ marks)</w:t>
      </w:r>
    </w:p>
    <w:p w:rsidR="00A7740E" w:rsidRDefault="005E5A91">
      <w:pPr>
        <w:rPr>
          <w:rFonts w:hint="eastAsia"/>
        </w:rPr>
      </w:pPr>
      <w:r>
        <w:t>Discuss FOUR social impacts of banditry on education in Northern Nigeria (for example, mass school abductions and school closures). (4 points × ⅝ mark = 2½ marks)</w:t>
      </w:r>
    </w:p>
    <w:p w:rsidR="00A7740E" w:rsidRDefault="005E5A91">
      <w:pPr>
        <w:rPr>
          <w:rFonts w:hint="eastAsia"/>
        </w:rPr>
      </w:pPr>
      <w:r>
        <w:t>_____________________________________________</w:t>
      </w:r>
      <w:r>
        <w:t>___________________________________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p w:rsidR="00A7740E" w:rsidRDefault="005E5A91">
      <w:pPr>
        <w:rPr>
          <w:rFonts w:hint="eastAsia"/>
        </w:rPr>
      </w:pPr>
      <w:r>
        <w:t>__________________________________________________________</w:t>
      </w:r>
      <w:r>
        <w:t>______________________</w:t>
      </w:r>
    </w:p>
    <w:p w:rsidR="00A7740E" w:rsidRDefault="005E5A91">
      <w:pPr>
        <w:rPr>
          <w:rFonts w:hint="eastAsia"/>
        </w:rPr>
      </w:pPr>
      <w:r>
        <w:t>________________________________________________________________________________</w:t>
      </w:r>
    </w:p>
    <w:tbl>
      <w:tblPr>
        <w:tblW w:w="0" w:type="auto"/>
        <w:tblBorders>
          <w:top w:val="single" w:sz="3" w:space="0" w:color="D8E1E6"/>
          <w:left w:val="single" w:sz="3" w:space="0" w:color="D8E1E6"/>
          <w:bottom w:val="single" w:sz="3" w:space="0" w:color="D8E1E6"/>
          <w:right w:val="single" w:sz="3" w:space="0" w:color="D8E1E6"/>
          <w:insideH w:val="single" w:sz="3" w:space="0" w:color="D8E1E6"/>
          <w:insideV w:val="single" w:sz="3" w:space="0" w:color="D8E1E6"/>
        </w:tblBorders>
        <w:tblLook w:val="04A0" w:firstRow="1" w:lastRow="0" w:firstColumn="1" w:lastColumn="0" w:noHBand="0" w:noVBand="1"/>
      </w:tblPr>
      <w:tblGrid>
        <w:gridCol w:w="9663"/>
      </w:tblGrid>
      <w:tr w:rsidR="00A7740E">
        <w:tc>
          <w:tcPr>
            <w:tcW w:w="9663" w:type="dxa"/>
            <w:shd w:val="clear" w:color="auto" w:fill="F3F7F9"/>
            <w:tcMar>
              <w:top w:w="75" w:type="dxa"/>
              <w:left w:w="210" w:type="dxa"/>
              <w:bottom w:w="75" w:type="dxa"/>
              <w:right w:w="120" w:type="dxa"/>
            </w:tcMar>
          </w:tcPr>
          <w:p w:rsidR="00A7740E" w:rsidRDefault="005E5A91">
            <w:pPr>
              <w:jc w:val="center"/>
              <w:rPr>
                <w:rFonts w:hint="eastAsia"/>
              </w:rPr>
            </w:pPr>
            <w:r>
              <w:rPr>
                <w:rFonts w:ascii="Noto Sans" w:hAnsi="Noto Sans"/>
                <w:color w:val="182A38"/>
              </w:rPr>
              <w:lastRenderedPageBreak/>
              <w:t>a     b     _____     d     e     f     g</w:t>
            </w:r>
          </w:p>
        </w:tc>
      </w:tr>
      <w:tr w:rsidR="00A7740E">
        <w:tc>
          <w:tcPr>
            <w:tcW w:w="9663" w:type="dxa"/>
            <w:shd w:val="clear" w:color="auto" w:fill="F3F7F9"/>
            <w:tcMar>
              <w:top w:w="75" w:type="dxa"/>
              <w:left w:w="210" w:type="dxa"/>
              <w:bottom w:w="75" w:type="dxa"/>
              <w:right w:w="120" w:type="dxa"/>
            </w:tcMar>
          </w:tcPr>
          <w:p w:rsidR="00A7740E" w:rsidRDefault="005E5A91">
            <w:pPr>
              <w:jc w:val="center"/>
              <w:rPr>
                <w:rFonts w:hint="eastAsia"/>
              </w:rPr>
            </w:pPr>
            <w:r>
              <w:rPr>
                <w:rFonts w:ascii="Noto Sans" w:hAnsi="Noto Sans"/>
                <w:color w:val="182A38"/>
              </w:rPr>
              <w:t xml:space="preserve">_____     gh     _____     h     i     </w:t>
            </w:r>
            <w:r>
              <w:rPr>
                <w:rFonts w:ascii="Noto Sans" w:hAnsi="Noto Sans"/>
                <w:color w:val="182A38"/>
              </w:rPr>
              <w:t>ị</w:t>
            </w:r>
            <w:r>
              <w:rPr>
                <w:rFonts w:ascii="Noto Sans" w:hAnsi="Noto Sans"/>
                <w:color w:val="182A38"/>
              </w:rPr>
              <w:t xml:space="preserve">     j</w:t>
            </w:r>
          </w:p>
        </w:tc>
      </w:tr>
      <w:tr w:rsidR="00A7740E">
        <w:tc>
          <w:tcPr>
            <w:tcW w:w="9663" w:type="dxa"/>
            <w:shd w:val="clear" w:color="auto" w:fill="F3F7F9"/>
            <w:tcMar>
              <w:top w:w="75" w:type="dxa"/>
              <w:left w:w="210" w:type="dxa"/>
              <w:bottom w:w="75" w:type="dxa"/>
              <w:right w:w="120" w:type="dxa"/>
            </w:tcMar>
          </w:tcPr>
          <w:p w:rsidR="00A7740E" w:rsidRDefault="005E5A91">
            <w:pPr>
              <w:jc w:val="center"/>
              <w:rPr>
                <w:rFonts w:hint="eastAsia"/>
              </w:rPr>
            </w:pPr>
            <w:r>
              <w:rPr>
                <w:rFonts w:ascii="Noto Sans" w:hAnsi="Noto Sans"/>
                <w:color w:val="182A38"/>
              </w:rPr>
              <w:t xml:space="preserve">k     _____     _____     l     m     n     </w:t>
            </w:r>
            <w:r>
              <w:rPr>
                <w:rFonts w:ascii="Noto Sans" w:hAnsi="Noto Sans"/>
                <w:color w:val="182A38"/>
              </w:rPr>
              <w:t>ṅ</w:t>
            </w:r>
          </w:p>
        </w:tc>
      </w:tr>
      <w:tr w:rsidR="00A7740E">
        <w:tc>
          <w:tcPr>
            <w:tcW w:w="9663" w:type="dxa"/>
            <w:shd w:val="clear" w:color="auto" w:fill="F3F7F9"/>
            <w:tcMar>
              <w:top w:w="75" w:type="dxa"/>
              <w:left w:w="210" w:type="dxa"/>
              <w:bottom w:w="75" w:type="dxa"/>
              <w:right w:w="120" w:type="dxa"/>
            </w:tcMar>
          </w:tcPr>
          <w:p w:rsidR="00A7740E" w:rsidRDefault="005E5A91">
            <w:pPr>
              <w:jc w:val="center"/>
              <w:rPr>
                <w:rFonts w:hint="eastAsia"/>
              </w:rPr>
            </w:pPr>
            <w:r>
              <w:rPr>
                <w:rFonts w:ascii="Noto Sans" w:hAnsi="Noto Sans"/>
                <w:color w:val="182A38"/>
              </w:rPr>
              <w:t xml:space="preserve">_____     _____     o     </w:t>
            </w:r>
            <w:r>
              <w:rPr>
                <w:rFonts w:ascii="Noto Sans" w:hAnsi="Noto Sans"/>
                <w:color w:val="182A38"/>
              </w:rPr>
              <w:t>ọ</w:t>
            </w:r>
            <w:r>
              <w:rPr>
                <w:rFonts w:ascii="Noto Sans" w:hAnsi="Noto Sans"/>
                <w:color w:val="182A38"/>
              </w:rPr>
              <w:t xml:space="preserve">     p     r     s</w:t>
            </w:r>
          </w:p>
        </w:tc>
      </w:tr>
      <w:tr w:rsidR="00A7740E">
        <w:tc>
          <w:tcPr>
            <w:tcW w:w="9663" w:type="dxa"/>
            <w:shd w:val="clear" w:color="auto" w:fill="F3F7F9"/>
            <w:tcMar>
              <w:top w:w="75" w:type="dxa"/>
              <w:left w:w="210" w:type="dxa"/>
              <w:bottom w:w="75" w:type="dxa"/>
              <w:right w:w="120" w:type="dxa"/>
            </w:tcMar>
          </w:tcPr>
          <w:p w:rsidR="00A7740E" w:rsidRDefault="005E5A91">
            <w:pPr>
              <w:jc w:val="center"/>
              <w:rPr>
                <w:rFonts w:hint="eastAsia"/>
              </w:rPr>
            </w:pPr>
            <w:r>
              <w:rPr>
                <w:rFonts w:ascii="Noto Sans" w:hAnsi="Noto Sans"/>
                <w:color w:val="182A38"/>
              </w:rPr>
              <w:t xml:space="preserve">_____     t     u     </w:t>
            </w:r>
            <w:r>
              <w:rPr>
                <w:rFonts w:ascii="Noto Sans" w:hAnsi="Noto Sans"/>
                <w:color w:val="182A38"/>
              </w:rPr>
              <w:t>ụ</w:t>
            </w:r>
            <w:r>
              <w:rPr>
                <w:rFonts w:ascii="Noto Sans" w:hAnsi="Noto Sans"/>
                <w:color w:val="182A38"/>
              </w:rPr>
              <w:t xml:space="preserve">     v     w     y     z</w:t>
            </w:r>
          </w:p>
        </w:tc>
      </w:tr>
    </w:tbl>
    <w:p w:rsidR="005E5A91" w:rsidRDefault="005E5A91">
      <w:bookmarkStart w:id="0" w:name="_GoBack"/>
      <w:bookmarkEnd w:id="0"/>
    </w:p>
    <w:sectPr w:rsidR="005E5A91" w:rsidSect="00034616">
      <w:footerReference w:type="default" r:id="rId8"/>
      <w:pgSz w:w="12240" w:h="15840"/>
      <w:pgMar w:top="979" w:right="1123" w:bottom="893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A91" w:rsidRDefault="005E5A9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5E5A91" w:rsidRDefault="005E5A9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40E" w:rsidRDefault="005E5A91">
    <w:pPr>
      <w:pStyle w:val="Footer"/>
      <w:jc w:val="center"/>
      <w:rPr>
        <w:rFonts w:hint="eastAsia"/>
      </w:rPr>
    </w:pPr>
    <w:r>
      <w:t>Keystone British Schools  |  General Igbo Language  |  Mid-Term Test  | 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A91" w:rsidRDefault="005E5A9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5E5A91" w:rsidRDefault="005E5A9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5A91"/>
    <w:rsid w:val="00A7740E"/>
    <w:rsid w:val="00AA1D8D"/>
    <w:rsid w:val="00B47730"/>
    <w:rsid w:val="00C83CF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F240D7D-204F-4BF2-AF26-5360360B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160855-CBCE-484E-8539-16A74771E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2026-10-22T07:47:00Z</dcterms:modified>
  <cp:category/>
</cp:coreProperties>
</file>