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Name: ____________________________________    Class: __________</w:t>
      </w:r>
    </w:p>
    <w:p>
      <w:r>
        <w:t>Date: ____________________    Time: ____________________</w:t>
      </w:r>
    </w:p>
    <w:p>
      <w:pPr>
        <w:pStyle w:val="Heading1"/>
      </w:pPr>
      <w:r>
        <w:t>SECTION A: OBJECTIVE QUESTIONS</w:t>
      </w:r>
    </w:p>
    <w:p>
      <w:r>
        <w:t>Instruction: Choose the correct answer from options A–D.</w:t>
      </w:r>
    </w:p>
    <w:p>
      <w:pPr>
        <w:keepLines/>
      </w:pPr>
      <w:r>
        <w:rPr>
          <w:b w:val="0"/>
        </w:rPr>
        <w:t>1. Crop improvement is the process of developing crop varieties with better</w:t>
      </w:r>
    </w:p>
    <w:p>
      <w:pPr>
        <w:spacing w:after="0"/>
        <w:ind w:left="360"/>
      </w:pPr>
      <w:r>
        <w:t>A. colour only</w:t>
      </w:r>
    </w:p>
    <w:p>
      <w:pPr>
        <w:spacing w:after="0"/>
        <w:ind w:left="360"/>
      </w:pPr>
      <w:r>
        <w:t>B. desirable qualities such as high yield and disease resistance</w:t>
      </w:r>
    </w:p>
    <w:p>
      <w:pPr>
        <w:spacing w:after="0"/>
        <w:ind w:left="360"/>
      </w:pPr>
      <w:r>
        <w:t>C. storage buildings</w:t>
      </w:r>
    </w:p>
    <w:p>
      <w:pPr>
        <w:spacing w:after="0"/>
        <w:ind w:left="360"/>
      </w:pPr>
      <w:r>
        <w:t>D. market locations</w:t>
      </w:r>
    </w:p>
    <w:p>
      <w:pPr>
        <w:keepLines/>
      </w:pPr>
      <w:r>
        <w:rPr>
          <w:b w:val="0"/>
        </w:rPr>
        <w:t>2. Which of the following is an objective of crop improvement?</w:t>
      </w:r>
    </w:p>
    <w:p>
      <w:pPr>
        <w:spacing w:after="0"/>
        <w:ind w:left="360"/>
      </w:pPr>
      <w:r>
        <w:t>A. Delayed maturity</w:t>
      </w:r>
    </w:p>
    <w:p>
      <w:pPr>
        <w:spacing w:after="0"/>
        <w:ind w:left="360"/>
      </w:pPr>
      <w:r>
        <w:t>B. Reduced food production</w:t>
      </w:r>
    </w:p>
    <w:p>
      <w:pPr>
        <w:spacing w:after="0"/>
        <w:ind w:left="360"/>
      </w:pPr>
      <w:r>
        <w:t>C. Increased yield</w:t>
      </w:r>
    </w:p>
    <w:p>
      <w:pPr>
        <w:spacing w:after="0"/>
        <w:ind w:left="360"/>
      </w:pPr>
      <w:r>
        <w:t>D. Increased crop losses</w:t>
      </w:r>
    </w:p>
    <w:p>
      <w:pPr>
        <w:keepLines/>
      </w:pPr>
      <w:r>
        <w:rPr>
          <w:b w:val="0"/>
        </w:rPr>
        <w:t>3. The crossing of two genetically different plants to combine desirable traits is called</w:t>
      </w:r>
    </w:p>
    <w:p>
      <w:pPr>
        <w:spacing w:after="0"/>
        <w:ind w:left="360"/>
      </w:pPr>
      <w:r>
        <w:t>A. quarantine</w:t>
      </w:r>
    </w:p>
    <w:p>
      <w:pPr>
        <w:spacing w:after="0"/>
        <w:ind w:left="360"/>
      </w:pPr>
      <w:r>
        <w:t>B. hybridisation</w:t>
      </w:r>
    </w:p>
    <w:p>
      <w:pPr>
        <w:spacing w:after="0"/>
        <w:ind w:left="360"/>
      </w:pPr>
      <w:r>
        <w:t>C. deworming</w:t>
      </w:r>
    </w:p>
    <w:p>
      <w:pPr>
        <w:spacing w:after="0"/>
        <w:ind w:left="360"/>
      </w:pPr>
      <w:r>
        <w:t>D. harvesting</w:t>
      </w:r>
    </w:p>
    <w:p>
      <w:pPr>
        <w:keepLines/>
      </w:pPr>
      <w:r>
        <w:rPr>
          <w:b w:val="0"/>
        </w:rPr>
        <w:t>4. Collecting seeds from many individual plants with desirable traits and sowing them together is</w:t>
      </w:r>
    </w:p>
    <w:p>
      <w:pPr>
        <w:spacing w:after="0"/>
        <w:ind w:left="360"/>
      </w:pPr>
      <w:r>
        <w:t>A. mass selection</w:t>
      </w:r>
    </w:p>
    <w:p>
      <w:pPr>
        <w:spacing w:after="0"/>
        <w:ind w:left="360"/>
      </w:pPr>
      <w:r>
        <w:t>B. pure line selection</w:t>
      </w:r>
    </w:p>
    <w:p>
      <w:pPr>
        <w:spacing w:after="0"/>
        <w:ind w:left="360"/>
      </w:pPr>
      <w:r>
        <w:t>C. mutation breeding</w:t>
      </w:r>
    </w:p>
    <w:p>
      <w:pPr>
        <w:spacing w:after="0"/>
        <w:ind w:left="360"/>
      </w:pPr>
      <w:r>
        <w:t>D. embryo transplantation</w:t>
      </w:r>
    </w:p>
    <w:p>
      <w:pPr>
        <w:keepLines/>
      </w:pPr>
      <w:r>
        <w:rPr>
          <w:b w:val="0"/>
        </w:rPr>
        <w:t>5. Animal improvement aims to increase livestock</w:t>
      </w:r>
    </w:p>
    <w:p>
      <w:pPr>
        <w:spacing w:after="0"/>
        <w:ind w:left="360"/>
      </w:pPr>
      <w:r>
        <w:t>A. disease occurrence</w:t>
      </w:r>
    </w:p>
    <w:p>
      <w:pPr>
        <w:spacing w:after="0"/>
        <w:ind w:left="360"/>
      </w:pPr>
      <w:r>
        <w:t>B. productivity and adaptability</w:t>
      </w:r>
    </w:p>
    <w:p>
      <w:pPr>
        <w:spacing w:after="0"/>
        <w:ind w:left="360"/>
      </w:pPr>
      <w:r>
        <w:t>C. feed wastage</w:t>
      </w:r>
    </w:p>
    <w:p>
      <w:pPr>
        <w:spacing w:after="0"/>
        <w:ind w:left="360"/>
      </w:pPr>
      <w:r>
        <w:t>D. mortality</w:t>
      </w:r>
    </w:p>
    <w:p>
      <w:pPr>
        <w:keepLines/>
      </w:pPr>
      <w:r>
        <w:rPr>
          <w:b w:val="0"/>
        </w:rPr>
        <w:t>6. The mating of animals from different breeds to combine desirable traits is called</w:t>
      </w:r>
    </w:p>
    <w:p>
      <w:pPr>
        <w:spacing w:after="0"/>
        <w:ind w:left="360"/>
      </w:pPr>
      <w:r>
        <w:t>A. inbreeding</w:t>
      </w:r>
    </w:p>
    <w:p>
      <w:pPr>
        <w:spacing w:after="0"/>
        <w:ind w:left="360"/>
      </w:pPr>
      <w:r>
        <w:t>B. line breeding</w:t>
      </w:r>
    </w:p>
    <w:p>
      <w:pPr>
        <w:spacing w:after="0"/>
        <w:ind w:left="360"/>
      </w:pPr>
      <w:r>
        <w:t>C. crossbreeding</w:t>
      </w:r>
    </w:p>
    <w:p>
      <w:pPr>
        <w:spacing w:after="0"/>
        <w:ind w:left="360"/>
      </w:pPr>
      <w:r>
        <w:t>D. quarantine</w:t>
      </w:r>
    </w:p>
    <w:p>
      <w:pPr>
        <w:keepLines/>
      </w:pPr>
      <w:r>
        <w:rPr>
          <w:b w:val="0"/>
        </w:rPr>
        <w:t>7. Introducing semen from a superior male into a female animal without natural mating is</w:t>
      </w:r>
    </w:p>
    <w:p>
      <w:pPr>
        <w:spacing w:after="0"/>
        <w:ind w:left="360"/>
      </w:pPr>
      <w:r>
        <w:t>A. artificial insemination</w:t>
      </w:r>
    </w:p>
    <w:p>
      <w:pPr>
        <w:spacing w:after="0"/>
        <w:ind w:left="360"/>
      </w:pPr>
      <w:r>
        <w:t>B. natural selection</w:t>
      </w:r>
    </w:p>
    <w:p>
      <w:pPr>
        <w:spacing w:after="0"/>
        <w:ind w:left="360"/>
      </w:pPr>
      <w:r>
        <w:t>C. vaccination</w:t>
      </w:r>
    </w:p>
    <w:p>
      <w:pPr>
        <w:spacing w:after="0"/>
        <w:ind w:left="360"/>
      </w:pPr>
      <w:r>
        <w:t>D. outbreeding</w:t>
      </w:r>
    </w:p>
    <w:p>
      <w:pPr>
        <w:keepLines/>
      </w:pPr>
      <w:r>
        <w:rPr>
          <w:b w:val="0"/>
        </w:rPr>
        <w:t>8. Which method involves mating closely related animals?</w:t>
      </w:r>
    </w:p>
    <w:p>
      <w:pPr>
        <w:spacing w:after="0"/>
        <w:ind w:left="360"/>
      </w:pPr>
      <w:r>
        <w:t>A. Crossbreeding</w:t>
      </w:r>
    </w:p>
    <w:p>
      <w:pPr>
        <w:spacing w:after="0"/>
        <w:ind w:left="360"/>
      </w:pPr>
      <w:r>
        <w:t>B. Inbreeding</w:t>
      </w:r>
    </w:p>
    <w:p>
      <w:pPr>
        <w:spacing w:after="0"/>
        <w:ind w:left="360"/>
      </w:pPr>
      <w:r>
        <w:t>C. Outcrossing</w:t>
      </w:r>
    </w:p>
    <w:p>
      <w:pPr>
        <w:spacing w:after="0"/>
        <w:ind w:left="360"/>
      </w:pPr>
      <w:r>
        <w:t>D. Artificial insemination</w:t>
      </w:r>
    </w:p>
    <w:p>
      <w:pPr>
        <w:keepLines/>
      </w:pPr>
      <w:r>
        <w:rPr>
          <w:b w:val="0"/>
        </w:rPr>
        <w:t>9. Animal health management includes the prevention, diagnosis, control and ______ of animal diseases.</w:t>
      </w:r>
    </w:p>
    <w:p>
      <w:pPr>
        <w:spacing w:after="0"/>
        <w:ind w:left="360"/>
      </w:pPr>
      <w:r>
        <w:t>A. marketing</w:t>
      </w:r>
    </w:p>
    <w:p>
      <w:pPr>
        <w:spacing w:after="0"/>
        <w:ind w:left="360"/>
      </w:pPr>
      <w:r>
        <w:t>B. treatment</w:t>
      </w:r>
    </w:p>
    <w:p>
      <w:pPr>
        <w:spacing w:after="0"/>
        <w:ind w:left="360"/>
      </w:pPr>
      <w:r>
        <w:t>C. harvesting</w:t>
      </w:r>
    </w:p>
    <w:p>
      <w:pPr>
        <w:spacing w:after="0"/>
        <w:ind w:left="360"/>
      </w:pPr>
      <w:r>
        <w:t>D. hybridisation</w:t>
      </w:r>
    </w:p>
    <w:p>
      <w:pPr>
        <w:keepLines/>
      </w:pPr>
      <w:r>
        <w:rPr>
          <w:b w:val="0"/>
        </w:rPr>
        <w:t>10. Which of these is a viral disease affecting poultry?</w:t>
      </w:r>
    </w:p>
    <w:p>
      <w:pPr>
        <w:spacing w:after="0"/>
        <w:ind w:left="360"/>
      </w:pPr>
      <w:r>
        <w:t>A. Ringworm</w:t>
      </w:r>
    </w:p>
    <w:p>
      <w:pPr>
        <w:spacing w:after="0"/>
        <w:ind w:left="360"/>
      </w:pPr>
      <w:r>
        <w:t>B. Helminthiasis</w:t>
      </w:r>
    </w:p>
    <w:p>
      <w:pPr>
        <w:spacing w:after="0"/>
        <w:ind w:left="360"/>
      </w:pPr>
      <w:r>
        <w:t>C. Newcastle disease</w:t>
      </w:r>
    </w:p>
    <w:p>
      <w:pPr>
        <w:spacing w:after="0"/>
        <w:ind w:left="360"/>
      </w:pPr>
      <w:r>
        <w:t>D. Rickets</w:t>
      </w:r>
    </w:p>
    <w:p>
      <w:pPr>
        <w:keepLines/>
      </w:pPr>
      <w:r>
        <w:rPr>
          <w:b w:val="0"/>
        </w:rPr>
        <w:t>11. Keeping new or sick animals isolated for a period is known as</w:t>
      </w:r>
    </w:p>
    <w:p>
      <w:pPr>
        <w:spacing w:after="0"/>
        <w:ind w:left="360"/>
      </w:pPr>
      <w:r>
        <w:t>A. vaccination</w:t>
      </w:r>
    </w:p>
    <w:p>
      <w:pPr>
        <w:spacing w:after="0"/>
        <w:ind w:left="360"/>
      </w:pPr>
      <w:r>
        <w:t>B. quarantine</w:t>
      </w:r>
    </w:p>
    <w:p>
      <w:pPr>
        <w:spacing w:after="0"/>
        <w:ind w:left="360"/>
      </w:pPr>
      <w:r>
        <w:t>C. selection</w:t>
      </w:r>
    </w:p>
    <w:p>
      <w:pPr>
        <w:spacing w:after="0"/>
        <w:ind w:left="360"/>
      </w:pPr>
      <w:r>
        <w:t>D. pollination</w:t>
      </w:r>
    </w:p>
    <w:p>
      <w:pPr>
        <w:keepLines/>
      </w:pPr>
      <w:r>
        <w:rPr>
          <w:b w:val="0"/>
        </w:rPr>
        <w:t>12. Which professional diagnoses and treats sick animals?</w:t>
      </w:r>
    </w:p>
    <w:p>
      <w:pPr>
        <w:spacing w:after="0"/>
        <w:ind w:left="360"/>
      </w:pPr>
      <w:r>
        <w:t>A. Extension agent</w:t>
      </w:r>
    </w:p>
    <w:p>
      <w:pPr>
        <w:spacing w:after="0"/>
        <w:ind w:left="360"/>
      </w:pPr>
      <w:r>
        <w:t>B. Veterinary doctor</w:t>
      </w:r>
    </w:p>
    <w:p>
      <w:pPr>
        <w:spacing w:after="0"/>
        <w:ind w:left="360"/>
      </w:pPr>
      <w:r>
        <w:t>C. Fish seller</w:t>
      </w:r>
    </w:p>
    <w:p>
      <w:pPr>
        <w:spacing w:after="0"/>
        <w:ind w:left="360"/>
      </w:pPr>
      <w:r>
        <w:t>D. Crop breeder</w:t>
      </w:r>
    </w:p>
    <w:p>
      <w:pPr>
        <w:keepLines/>
      </w:pPr>
      <w:r>
        <w:rPr>
          <w:b w:val="0"/>
        </w:rPr>
        <w:t>13. Aquaculture is the cultivation of aquatic organisms under</w:t>
      </w:r>
    </w:p>
    <w:p>
      <w:pPr>
        <w:spacing w:after="0"/>
        <w:ind w:left="360"/>
      </w:pPr>
      <w:r>
        <w:t>A. uncontrolled desert conditions</w:t>
      </w:r>
    </w:p>
    <w:p>
      <w:pPr>
        <w:spacing w:after="0"/>
        <w:ind w:left="360"/>
      </w:pPr>
      <w:r>
        <w:t>B. controlled or semi-controlled conditions</w:t>
      </w:r>
    </w:p>
    <w:p>
      <w:pPr>
        <w:spacing w:after="0"/>
        <w:ind w:left="360"/>
      </w:pPr>
      <w:r>
        <w:t>C. dry storage conditions</w:t>
      </w:r>
    </w:p>
    <w:p>
      <w:pPr>
        <w:spacing w:after="0"/>
        <w:ind w:left="360"/>
      </w:pPr>
      <w:r>
        <w:t>D. only forest conditions</w:t>
      </w:r>
    </w:p>
    <w:p>
      <w:pPr>
        <w:keepLines/>
      </w:pPr>
      <w:r>
        <w:rPr>
          <w:b w:val="0"/>
        </w:rPr>
        <w:t>14. The rearing of fish such as catfish and tilapia is called</w:t>
      </w:r>
    </w:p>
    <w:p>
      <w:pPr>
        <w:spacing w:after="0"/>
        <w:ind w:left="360"/>
      </w:pPr>
      <w:r>
        <w:t>A. apiculture</w:t>
      </w:r>
    </w:p>
    <w:p>
      <w:pPr>
        <w:spacing w:after="0"/>
        <w:ind w:left="360"/>
      </w:pPr>
      <w:r>
        <w:t>B. pisciculture</w:t>
      </w:r>
    </w:p>
    <w:p>
      <w:pPr>
        <w:spacing w:after="0"/>
        <w:ind w:left="360"/>
      </w:pPr>
      <w:r>
        <w:t>C. horticulture</w:t>
      </w:r>
    </w:p>
    <w:p>
      <w:pPr>
        <w:spacing w:after="0"/>
        <w:ind w:left="360"/>
      </w:pPr>
      <w:r>
        <w:t>D. silviculture</w:t>
      </w:r>
    </w:p>
    <w:p>
      <w:pPr>
        <w:keepLines/>
      </w:pPr>
      <w:r>
        <w:rPr>
          <w:b w:val="0"/>
        </w:rPr>
        <w:t>15. Which aquaculture system relies heavily on natural food and has minimal management?</w:t>
      </w:r>
    </w:p>
    <w:p>
      <w:pPr>
        <w:spacing w:after="0"/>
        <w:ind w:left="360"/>
      </w:pPr>
      <w:r>
        <w:t>A. Intensive</w:t>
      </w:r>
    </w:p>
    <w:p>
      <w:pPr>
        <w:spacing w:after="0"/>
        <w:ind w:left="360"/>
      </w:pPr>
      <w:r>
        <w:t>B. Semi-intensive</w:t>
      </w:r>
    </w:p>
    <w:p>
      <w:pPr>
        <w:spacing w:after="0"/>
        <w:ind w:left="360"/>
      </w:pPr>
      <w:r>
        <w:t>C. Extensive</w:t>
      </w:r>
    </w:p>
    <w:p>
      <w:pPr>
        <w:spacing w:after="0"/>
        <w:ind w:left="360"/>
      </w:pPr>
      <w:r>
        <w:t>D. Mechanised</w:t>
      </w:r>
    </w:p>
    <w:p>
      <w:pPr>
        <w:keepLines/>
      </w:pPr>
      <w:r>
        <w:rPr>
          <w:b w:val="0"/>
        </w:rPr>
        <w:t>16. Which of the following is a common fish species cultivated in Nigeria?</w:t>
      </w:r>
    </w:p>
    <w:p>
      <w:pPr>
        <w:spacing w:after="0"/>
        <w:ind w:left="360"/>
      </w:pPr>
      <w:r>
        <w:t>A. Catfish</w:t>
      </w:r>
    </w:p>
    <w:p>
      <w:pPr>
        <w:spacing w:after="0"/>
        <w:ind w:left="360"/>
      </w:pPr>
      <w:r>
        <w:t>B. Eagle</w:t>
      </w:r>
    </w:p>
    <w:p>
      <w:pPr>
        <w:spacing w:after="0"/>
        <w:ind w:left="360"/>
      </w:pPr>
      <w:r>
        <w:t>C. Goat</w:t>
      </w:r>
    </w:p>
    <w:p>
      <w:pPr>
        <w:spacing w:after="0"/>
        <w:ind w:left="360"/>
      </w:pPr>
      <w:r>
        <w:t>D. Honeybee</w:t>
      </w:r>
    </w:p>
    <w:p>
      <w:pPr>
        <w:keepLines/>
      </w:pPr>
      <w:r>
        <w:rPr>
          <w:b w:val="0"/>
        </w:rPr>
        <w:t>17. Apiculture is the scientific management and rearing of</w:t>
      </w:r>
    </w:p>
    <w:p>
      <w:pPr>
        <w:spacing w:after="0"/>
        <w:ind w:left="360"/>
      </w:pPr>
      <w:r>
        <w:t>A. cattle</w:t>
      </w:r>
    </w:p>
    <w:p>
      <w:pPr>
        <w:spacing w:after="0"/>
        <w:ind w:left="360"/>
      </w:pPr>
      <w:r>
        <w:t>B. honeybees</w:t>
      </w:r>
    </w:p>
    <w:p>
      <w:pPr>
        <w:spacing w:after="0"/>
        <w:ind w:left="360"/>
      </w:pPr>
      <w:r>
        <w:t>C. fish</w:t>
      </w:r>
    </w:p>
    <w:p>
      <w:pPr>
        <w:spacing w:after="0"/>
        <w:ind w:left="360"/>
      </w:pPr>
      <w:r>
        <w:t>D. poultry</w:t>
      </w:r>
    </w:p>
    <w:p>
      <w:pPr>
        <w:keepLines/>
      </w:pPr>
      <w:r>
        <w:rPr>
          <w:b w:val="0"/>
        </w:rPr>
        <w:t>18. Which bee in a colony is primarily responsible for laying eggs?</w:t>
      </w:r>
    </w:p>
    <w:p>
      <w:pPr>
        <w:spacing w:after="0"/>
        <w:ind w:left="360"/>
      </w:pPr>
      <w:r>
        <w:t>A. Worker bee</w:t>
      </w:r>
    </w:p>
    <w:p>
      <w:pPr>
        <w:spacing w:after="0"/>
        <w:ind w:left="360"/>
      </w:pPr>
      <w:r>
        <w:t>B. Drone</w:t>
      </w:r>
    </w:p>
    <w:p>
      <w:pPr>
        <w:spacing w:after="0"/>
        <w:ind w:left="360"/>
      </w:pPr>
      <w:r>
        <w:t>C. Queen bee</w:t>
      </w:r>
    </w:p>
    <w:p>
      <w:pPr>
        <w:spacing w:after="0"/>
        <w:ind w:left="360"/>
      </w:pPr>
      <w:r>
        <w:t>D. Guard ant</w:t>
      </w:r>
    </w:p>
    <w:p>
      <w:pPr>
        <w:keepLines/>
      </w:pPr>
      <w:r>
        <w:rPr>
          <w:b w:val="0"/>
        </w:rPr>
        <w:t>19. What is the main function of a smoker in beekeeping?</w:t>
      </w:r>
    </w:p>
    <w:p>
      <w:pPr>
        <w:spacing w:after="0"/>
        <w:ind w:left="360"/>
      </w:pPr>
      <w:r>
        <w:t>A. To extract honey</w:t>
      </w:r>
    </w:p>
    <w:p>
      <w:pPr>
        <w:spacing w:after="0"/>
        <w:ind w:left="360"/>
      </w:pPr>
      <w:r>
        <w:t>B. To calm bees</w:t>
      </w:r>
    </w:p>
    <w:p>
      <w:pPr>
        <w:spacing w:after="0"/>
        <w:ind w:left="360"/>
      </w:pPr>
      <w:r>
        <w:t>C. To feed larvae</w:t>
      </w:r>
    </w:p>
    <w:p>
      <w:pPr>
        <w:spacing w:after="0"/>
        <w:ind w:left="360"/>
      </w:pPr>
      <w:r>
        <w:t>D. To build the hive</w:t>
      </w:r>
    </w:p>
    <w:p>
      <w:pPr>
        <w:keepLines/>
      </w:pPr>
      <w:r>
        <w:rPr>
          <w:b w:val="0"/>
        </w:rPr>
        <w:t>20. Which of these is a product of beekeeping?</w:t>
      </w:r>
    </w:p>
    <w:p>
      <w:pPr>
        <w:spacing w:after="0"/>
        <w:ind w:left="360"/>
      </w:pPr>
      <w:r>
        <w:t>A. Beeswax</w:t>
      </w:r>
    </w:p>
    <w:p>
      <w:pPr>
        <w:spacing w:after="0"/>
        <w:ind w:left="360"/>
      </w:pPr>
      <w:r>
        <w:t>B. Cement</w:t>
      </w:r>
    </w:p>
    <w:p>
      <w:pPr>
        <w:spacing w:after="0"/>
        <w:ind w:left="360"/>
      </w:pPr>
      <w:r>
        <w:t>C. Fishmeal</w:t>
      </w:r>
    </w:p>
    <w:p>
      <w:pPr>
        <w:spacing w:after="0"/>
        <w:ind w:left="360"/>
      </w:pPr>
      <w:r>
        <w:t>D. Cassava flour</w:t>
      </w:r>
    </w:p>
    <w:p>
      <w:pPr>
        <w:pStyle w:val="Heading1"/>
      </w:pPr>
      <w:r>
        <w:t>SECTION B: THEORY QUESTIONS</w:t>
      </w:r>
    </w:p>
    <w:p>
      <w:r>
        <w:t>Instruction: Answer all five questions.</w:t>
      </w:r>
    </w:p>
    <w:p>
      <w:pPr>
        <w:spacing w:after="180"/>
      </w:pPr>
      <w:r>
        <w:t>1. Define crop improvement and explain any three objectives of crop improvement.</w:t>
      </w:r>
    </w:p>
    <w:p>
      <w:pPr>
        <w:spacing w:after="180"/>
      </w:pPr>
      <w:r>
        <w:t>2. State and explain four methods of animal improvement.</w:t>
      </w:r>
    </w:p>
    <w:p>
      <w:pPr>
        <w:spacing w:after="180"/>
      </w:pPr>
      <w:r>
        <w:t>3. Define animal health management and explain four methods of preventing and controlling animal diseases.</w:t>
      </w:r>
    </w:p>
    <w:p>
      <w:pPr>
        <w:spacing w:after="180"/>
      </w:pPr>
      <w:r>
        <w:t>4. Define aquaculture and describe three aquaculture systems.</w:t>
      </w:r>
    </w:p>
    <w:p>
      <w:pPr>
        <w:spacing w:after="180"/>
      </w:pPr>
      <w:r>
        <w:t>5. Define apiculture, describe the three main types of bees in a colony, and state four products obtained from beekeeping.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